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כתיבה טיעונית – חוברת עבודה לחט״ב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כתיבה טיעונית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עובדה לדעה ולזהות את חלקי הטיעון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נכון במילות קישור וביחסים לוגיים בפסקה טיעונית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פסקת טיעון מלאה עם נימוק וראיה בסדר 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כשלי טיעון ולנסח עמדה משכנעת בכתב ובעל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חלקי הטיעון ועובדה מול דעה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אפשר לבדוק ולאמת אותו, הוא אינו תלוי בדעה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דעה אישית, אי אפשר להוכיח או להפריך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הן יוצרות רצף הגיוני בין הטענה, הנימוק והמסקנה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טיעון משכנע חייב לכלול גם נימוק וגם ראיה או דוגמה התומכים בטענה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חלקי הטיעון ועובדה מול דעה – תרגול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חלקי הטיעון ועובדה מול דעה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– טענה ברורה ונימוק הגיוני שקשור אליה ישירות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– משפט עובדה שניתן לבדוק, ומשפט דעה המבטא עמדה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– חמשת החלקים מופיעים בבירור ובסדר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 טענה שנשענת על עובדות משכנעת יותר מטענה שמבוססת רק על רגשות או דעות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מילות קישור ויחסים לוגיים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סיבה-תוצאה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בדומה 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מילות קישור ויחסים לוגיים – נכון/לא נכון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מאחר ש מציינת יחס של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מציגה רעיון מנוגד לקודם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מילות קישור ויחסים לוגיים – השלמת משפטים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לעומת זאת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מילות קישור ויחסים לוגיים – התאמת יחסים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(סיבה-תוצאה)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(השוואה)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בניית פסקה טיעונית: נימוק וראיה – מבנה 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להסביר למה הטענה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לחזק את הנימוק בדוגמה או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לחזור לטענה ולחזק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בניית פסקה טיעונית: נימוק וראיה – זיהוי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נימוק חייב להסביר את הקשר הלוגי לטענה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תפקיד הראיה בחוברת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הטענה היא הבסיס של כל הפסקה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בניית פסקה טיעונית: נימוק וראיה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(המשפט המרכזי שמביע עמדה)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(ההסבר למה הטענה נכונה)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(דוגמה או עובדה שתומכת בנימוק)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(חזרה לטענה בסוף הפסקה)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בניית פסקה טיעונית: נימוק וראיה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כשלי טיעון – מה זה כשל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דרך הנמקה פגומה שגורמת לטיעון להיראות משכנע בלי שהוא באמת תקף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'אתה בכלל לא טוב בלימודים, אז מה שאתה אומר לא נכון'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הכללת יתר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כשל הסמכות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כשלי טיעון – התאמה וזיהוי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(מסקנה כללית מדי שמבוססת על מקרה בודד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(תקיפת האדם שטוען, במקום להתייחס לטענה עצמה)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(קבלת טענה רק כי מישהו מפורסם או ידוע אמר אותה)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('כולם עושים את זה אז זה בטח נכון')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(מסיקים שדבר אחד גרם לדבר שני רק כי הוא קרה לפניו)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כשלי טיעון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הכשל פוגם בדרך ההנמקה, אבל התוצאה עצמה עשויה בכל זאת להיות נכונה - רק שהדרך להוכיח אותה אינה תקפה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כשמצביעים על כשל בטיעון הנגד, מראים שההנמקה של הצד השני אינה מספיק תקפה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דיון וכתיבה: קו הדעות וטיעון שלם – זוכרים מהפעילות הכיתתית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במהלך הפעילות למורה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הטיימר בנוי לפי 10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הלוח בגודל 3 כפול 3 והמרכז חובה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דיון וכתיבה: קו הדעות וטיעון שלם – תפקידים ונתונים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דיון וכתיבה: קו הדעות וטיעון שלם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דיון וכתיבה: קו הדעות וטיעון שלם – התאמת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(מציג/ה את הטענה ומנמק/ת אותה)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(מציג/ה דעה נגדית ומנמק/ת אותה)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(מעריך/ה את שני הצדדים לפי מחוון)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(הדרך שבה נקבעים התפקידים בוויכוח)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מסכמות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המשפט שמביע את העמדה המרכזית של הכותב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עובדה אפשר לבדוק ולהוכיח, דעה היא עמדה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לעומת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לחזק את הנימוק בדוגמה או נתון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טעות בהיגיון שפוגעת בשכנוע הטיעון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טענה, נימוק, ראיה, מסקנה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להעריך את הטיעונים של שני הצדדים לפי מחוון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מבחין נכון בין משפטי עובדה למשפטי דעה בדוגמאות מהחוברת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הפסקה הכתובה כוללת טענה ברורה, נימוק מתאים וראיה תומכת בסדר 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מצביע על כשל טיעון קונקרטי (לדוגמה הכללה מופרזת) ומסביר בקצרה מדוע הוא פוגם בטיעון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4-5 שיעורים, כאשר כל פרק מהווה שיעור אחד ומסתיים בבדיקה עצמית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כדאי להתחיל משלב 1 (ירוק) בלבד ולהתמקד בזיהוי חלקי הטיעון לפני מעבר ליחסים לוגיים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להציע את שלב 3 (אדום) וכשלי טיעון כאתגר נוסף, ולשלב כתיבת טיעון נגד עמדה שהוצגה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את הפעילות הכיתתית 'קו הדעות' לאחר פרק 3, כתרגול בעל פה לפני כתיבת הטיעון השלם בפרק 5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כתיבה טיעונית – חוברת עבודה לחט״ב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כתיבה טיעונית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נלמד לכתוב טיעון צעד אחר צעד. אפשר לעבוד לפי הסדר. בסוף כל פרק כדאי לבדוק את התשובות.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עמדה שמנסים לשכנע בה אחרים בעזרת נימוקים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שאפשר לבדוק אם הוא נכון או לא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עמדה אישית שאי אפשר להוכיח באופן ודאי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התומך בטענה ומסביר למה היא נכונה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דוגמה, נתון או מקור שמחזק את הנימוק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המחברת בין רעיונות ומראה את הקשר ביניהם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כשל 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טעות בהיגיון שפוגעת באמינות הטיעון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פסקה טיעונית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פסקה הבנויה מטענה, נימוק, ראיה וסיכום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 הדעות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פעילות כיתתית שבה עומדים לפי מידת ההסכמה עם טענה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להערכת טיעון לפי קריטריונים קבועים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חלקי הטיעון ועובדה מול דעה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"השמש זורחת במזרח" הוא משפט 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"פיצה היא המאכל הכי טעים בעולם" הוא משפט 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מילות קישור עוזרות לחבר בין חלקי הטיעון השונים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טיעון מלא בנוי רק מטענה ומסקנה, בלי צורך בנימוק או ראיה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חלקי הטיעון ועובדה מול דעה – תרגול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משפט שאפשר לבדוק אם הוא נכון או לא נכון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משפט שמבטא עמדה, רגש או דעה אישית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החלק בטיעון שמציג את העמדה המרכזית של הכותב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מילת קישור המביעה סיבה, כמו במשפט "הלכתי הביתה __________ היה קר"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מילת הקישור "לכן" מבטאת לרוב יחס של __________ בין משפטים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חלקי הטיעון ועובדה מול דעה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טענה אחת בנושא קרוב לכם, ונימוק אחד שתומך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על אותו נושא משפט עובדה אחד ומשפט דעה אחד, בנפרד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טענה וכתבו סביבה את חמשת חלקי הטיעון: טענה, נימוק, ראיה או דוגמה, מילת קישור, מסקנה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במשפט אחד מדוע חשוב להבחין בין עובדה לדעה כשכותבים טיעון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מילות קישור ויחסים לוגיים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מבטאת המילה "לכן"?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סיבה-תוצאה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מבטאת המילה "אולם"?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סיבה-תוצאה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משווה בין שני דברים?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בדומה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מאחר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מילות קישור ויחסים לוגיים – נכון/לא נכון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"מאחר ש" מציינת יחס של ניגוד בין שני רעיונות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"לעומת זאת" משמשת להבעת ניגוד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מילות קישור ויחסים לוגיים – השלמת משפטים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הוא לא הכין שיעורים, __________ קיבל ציון נמוך.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היא אוהבת ספורט, __________ אחיה מעדיף לקרוא ספרים.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מילות קישור ויחסים לוגיים – התאמת יחסים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סיבה-תוצאה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מאחר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השוואה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בדומה 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בניית פסקה טיעונית: נימוק וראיה – מבנה הפסקה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בא ראשון בפסקה?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תפקיד הנימוק בפסקה טיעונית?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להציג דוגמה מספרית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להסביר למה הטענה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לסכם את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להציג דעה נגדית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תפקיד הראיה בפסקה?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לחזק את הנימוק בדוגמה או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לפתוח את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להציג את הטענה המרכזית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לסתור את הטענה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תפקיד הסיכום בפסקה טיעונית?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להציג טענה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לחזור לטענה ולחזק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להביא ראיה נוספת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לשאול שאלה פתוחה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בניית פסקה טיעונית: נימוק וראיה – זיהוי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יכול להיות משפט שמביע דעה בלבד בלי הסבר 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ראיה היא דוגמה, נתון או עובדה שתומכים בנימוק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פסקה טיעונית טובה בלי טענה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בניית פסקה טיעונית: נימוק וראיה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דוגמה או עובדה שתומכת בנימוק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חזרה לטענה בסוף הפסקה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ראיה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המשפט המרכזי שמביע עמדה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ההסבר למה הטענה נכונה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בניית פסקה טיעונית: נימוק וראיה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אחרי הטענה כותבים __________ שמסביר מדוע הטענה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לחזק את הנימוק מביאים __________ כמו דוגמה או נתון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כשלי טיעון – מה זה כשל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ההגדרה הנכונה של כשל 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דרך הנמקה פגומה שגורמת לטיעון להיראות משכנע בלי שהוא באמת תקף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טענה שאף אחד לא מסכים איתה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עובדה שאינה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דעה אישית שאסור להביע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משפט תוקף את האדם ולא את הטענה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'אתה בכלל לא טוב בלימודים, אז מה שאתה אומר לא נכון'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'אני לא מסכים כי אין מספיק ראיות'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'הטענה שלך סותרת נתונים ידועים'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'אפשר לבדוק את זה בעזרת מקור נוסף'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מסקנה כללית ממקרה בודד אחד - איך קוראים לכשל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הכללת יתר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 הומינם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כשל הסמכות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כשל הרוב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קבלת טענה רק כי מישהו מפורסם אמר אותה - איך קוראים לכשל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כשל הסמכות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הכללת יתר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 הומינם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כשל הסיבתיות המוטעית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כשלי טיעון – התאמה וזיהוי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הכללת יתר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קבלת טענה רק כי מישהו מפורסם או ידוע אמר אותה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אד הומינם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מסקנה כללית מדי שמבוססת על מקרה בודד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כשל הסמכות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מסיקים שדבר אחד גרם לדבר שני רק כי הוא קרה לפניו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כשל הרוב (עדר)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תקיפת האדם שטוען, במקום להתייחס לטענה עצמה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כשל הסיבתיות המוטעית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'כולם עושים את זה אז זה בטח נכון'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כשלי טיעון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טענה שמבוססת על כשל טיעון היא תמיד טענה שקרית לגמרי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זיהוי כשל בטיעון של הצד השני בוויכוח יכול לחזק את הטיעון שלכם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דיון וכתיבה: קו הדעות וטיעון שלם – זוכרים מהפעילות הכיתתית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הפעילות הכיתתית קו הדעות נמשכת 45 דקות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בוויכוח המובנה יש 10 שלבים עם שעון לכל שלב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הבחירה של הפעילות יש 9 משבצות והמשבצת האמצעית היא חובה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דיון וכתיבה: קו הדעות וטיעון שלם – תפקידים ונתונים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תפקידים יש בוויכוח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עד כמה נקודות אפשר לקבל במחוון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דיון וכתיבה: קו הדעות וטיעון שלם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מחולל כרטיסי הנושא כולל __________ נושאים קרובים לתלמידים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דיון וכתיבה: קו הדעות וטיעון שלם – התאמת 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מציג/ה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מעריך/ה את שני הצדדים לפי מחוון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מתנגד/ת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הדרך שבה נקבעים התפקידים בוויכוח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שופט/ת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מציג/ה את הטענה ומנמק/ת אותה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הגרלה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מציג/ה דעה נגדית ומנמק/ת אותה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מסכמות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טענה?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המשפט שמביע את העמדה המרכזית של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משפט שמופיע בפסקה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דוגמה מהחיים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מבדיל עובדה מדעה?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 אפשר לבדוק ולהוכיח, דעה היא עמדה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דעה תמיד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עובדה תמיד שלילית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מילת קישור מבטאת ניגוד?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לעומת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מכיוון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תפקיד הראיה בפסקה טיעונית?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לחזק את הנימוק בדוגמה או נתון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לפתוח את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לסכם את הדיון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כשל 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טעות בהיגיון שפוגעת בשכנוע הטיעון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מילת קישור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חלק חובה בכל 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מהו הסדר הנכון בבניית פסקה טיעונית?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טענה, נימוק, ראיה, מסקנה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מסקנה, טענה, נימוק, ראיה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ראיה, מסקנה, טענה,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נימוק, ראיה, מסקנה,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בפעילות קו הדעות, מהו תפקיד השופט/ת?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להעריך את הטיעונים של שני הצדדים לפי מחוון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להציג את העמדה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להתנגד לטענה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את הכרטיס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להבחין בין עובדה לדעה בטקסט נתון?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לבנות פסקת טיעון עם טענה, נימוק וראיה בסדר נכון?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מזהה לפחות כשל טיעון אחד ויודע/ת להסביר למה הוא בעייתי?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כתיבה טיעונית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