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כתיבה טיעונית – חוברת עבודה לחט״ב</w:t>
            </w:r>
          </w:p>
          <w:p>
            <w:pPr>
              <w:bidi/>
              <w:jc w:val="right"/>
            </w:pPr>
            <w:r>
              <w:rPr>
                <w:rFonts w:ascii="Arial" w:hAnsi="Arial" w:cs="Arial" w:eastAsia="Arial"/>
                <w:lang w:val="he-IL" w:bidi="he-IL"/>
                <w:b/>
                <w:color w:val="3C1361"/>
                <w:sz w:val="32"/>
                <w:rtl/>
                <w:szCs w:val="32"/>
                <w:bCs/>
              </w:rPr>
              <w:t>חוברת תרגול – כתיבה טיעונית</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להבחין בין עובדה לדעה ולזהות את חלקי הטיעון</w:t>
      </w:r>
    </w:p>
    <w:p>
      <w:pPr>
        <w:bidi/>
        <w:spacing w:after="80"/>
        <w:jc w:val="right"/>
      </w:pPr>
      <w:r>
        <w:rPr>
          <w:rFonts w:ascii="Arial" w:hAnsi="Arial" w:cs="Arial" w:eastAsia="Arial"/>
          <w:lang w:val="he-IL" w:bidi="he-IL"/>
          <w:sz w:val="22"/>
          <w:rtl/>
          <w:szCs w:val="22"/>
        </w:rPr>
        <w:t>• להשתמש נכון במילות קישור וביחסים לוגיים בפסקה טיעונית</w:t>
      </w:r>
    </w:p>
    <w:p>
      <w:pPr>
        <w:bidi/>
        <w:spacing w:after="80"/>
        <w:jc w:val="right"/>
      </w:pPr>
      <w:r>
        <w:rPr>
          <w:rFonts w:ascii="Arial" w:hAnsi="Arial" w:cs="Arial" w:eastAsia="Arial"/>
          <w:lang w:val="he-IL" w:bidi="he-IL"/>
          <w:sz w:val="22"/>
          <w:rtl/>
          <w:szCs w:val="22"/>
        </w:rPr>
        <w:t>• לבנות פסקת טיעון מלאה עם נימוק וראיה בסדר הגיוני</w:t>
      </w:r>
    </w:p>
    <w:p>
      <w:pPr>
        <w:bidi/>
        <w:spacing w:after="80"/>
        <w:jc w:val="right"/>
      </w:pPr>
      <w:r>
        <w:rPr>
          <w:rFonts w:ascii="Arial" w:hAnsi="Arial" w:cs="Arial" w:eastAsia="Arial"/>
          <w:lang w:val="he-IL" w:bidi="he-IL"/>
          <w:sz w:val="22"/>
          <w:rtl/>
          <w:szCs w:val="22"/>
        </w:rPr>
        <w:t>• לזהות כשלי טיעון ולנסח עמדה משכנעת בכתב ובעל פה</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חלקי הטיעון ועובדה מול דעה – זיהוי בסיסי</w:t>
      </w:r>
    </w:p>
    <w:p>
      <w:pPr>
        <w:bidi/>
        <w:spacing w:after="40"/>
        <w:jc w:val="right"/>
      </w:pPr>
      <w:r>
        <w:rPr>
          <w:rFonts w:ascii="Arial" w:hAnsi="Arial" w:cs="Arial" w:eastAsia="Arial"/>
          <w:lang w:val="he-IL" w:bidi="he-IL"/>
          <w:sz w:val="22"/>
          <w:rtl/>
          <w:szCs w:val="22"/>
        </w:rPr>
        <w:t>1. נכון – אפשר לבדוק ולאמת אותו, הוא אינו תלוי בדעה אישית</w:t>
      </w:r>
    </w:p>
    <w:p>
      <w:pPr>
        <w:bidi/>
        <w:spacing w:after="40"/>
        <w:jc w:val="right"/>
      </w:pPr>
      <w:r>
        <w:rPr>
          <w:rFonts w:ascii="Arial" w:hAnsi="Arial" w:cs="Arial" w:eastAsia="Arial"/>
          <w:lang w:val="he-IL" w:bidi="he-IL"/>
          <w:sz w:val="22"/>
          <w:rtl/>
          <w:szCs w:val="22"/>
        </w:rPr>
        <w:t>2. לא נכון – זו דעה אישית, אי אפשר להוכיח או להפריך אותה</w:t>
      </w:r>
    </w:p>
    <w:p>
      <w:pPr>
        <w:bidi/>
        <w:spacing w:after="40"/>
        <w:jc w:val="right"/>
      </w:pPr>
      <w:r>
        <w:rPr>
          <w:rFonts w:ascii="Arial" w:hAnsi="Arial" w:cs="Arial" w:eastAsia="Arial"/>
          <w:lang w:val="he-IL" w:bidi="he-IL"/>
          <w:sz w:val="22"/>
          <w:rtl/>
          <w:szCs w:val="22"/>
        </w:rPr>
        <w:t>3. נכון – הן יוצרות רצף הגיוני בין הטענה, הנימוק והמסקנה</w:t>
      </w:r>
    </w:p>
    <w:p>
      <w:pPr>
        <w:bidi/>
        <w:spacing w:after="40"/>
        <w:jc w:val="right"/>
      </w:pPr>
      <w:r>
        <w:rPr>
          <w:rFonts w:ascii="Arial" w:hAnsi="Arial" w:cs="Arial" w:eastAsia="Arial"/>
          <w:lang w:val="he-IL" w:bidi="he-IL"/>
          <w:sz w:val="22"/>
          <w:rtl/>
          <w:szCs w:val="22"/>
        </w:rPr>
        <w:t>4. לא נכון – טיעון משכנע חייב לכלול גם נימוק וגם ראיה או דוגמה התומכים בטענה</w:t>
      </w:r>
    </w:p>
    <w:p>
      <w:pPr>
        <w:bidi/>
        <w:pStyle w:val="Heading3"/>
        <w:spacing w:after="80"/>
        <w:jc w:val="right"/>
      </w:pPr>
      <w:r>
        <w:rPr>
          <w:rFonts w:ascii="Arial" w:hAnsi="Arial" w:cs="Arial" w:eastAsia="Arial"/>
          <w:lang w:val="he-IL" w:bidi="he-IL"/>
          <w:b/>
          <w:color w:val="DD6B20"/>
          <w:sz w:val="26"/>
          <w:rtl/>
          <w:szCs w:val="26"/>
          <w:bCs/>
        </w:rPr>
        <w:t>חלק ב׳ – פרק 1 · חלקי הטיעון ועובדה מול דעה – תרגול ויישום</w:t>
      </w:r>
    </w:p>
    <w:p>
      <w:pPr>
        <w:bidi/>
        <w:spacing w:after="40"/>
        <w:jc w:val="right"/>
      </w:pPr>
      <w:r>
        <w:rPr>
          <w:rFonts w:ascii="Arial" w:hAnsi="Arial" w:cs="Arial" w:eastAsia="Arial"/>
          <w:lang w:val="he-IL" w:bidi="he-IL"/>
          <w:sz w:val="22"/>
          <w:rtl/>
          <w:szCs w:val="22"/>
        </w:rPr>
        <w:t>1. עובדה</w:t>
      </w:r>
    </w:p>
    <w:p>
      <w:pPr>
        <w:bidi/>
        <w:spacing w:after="40"/>
        <w:jc w:val="right"/>
      </w:pPr>
      <w:r>
        <w:rPr>
          <w:rFonts w:ascii="Arial" w:hAnsi="Arial" w:cs="Arial" w:eastAsia="Arial"/>
          <w:lang w:val="he-IL" w:bidi="he-IL"/>
          <w:sz w:val="22"/>
          <w:rtl/>
          <w:szCs w:val="22"/>
        </w:rPr>
        <w:t>2. דעה</w:t>
      </w:r>
    </w:p>
    <w:p>
      <w:pPr>
        <w:bidi/>
        <w:spacing w:after="40"/>
        <w:jc w:val="right"/>
      </w:pPr>
      <w:r>
        <w:rPr>
          <w:rFonts w:ascii="Arial" w:hAnsi="Arial" w:cs="Arial" w:eastAsia="Arial"/>
          <w:lang w:val="he-IL" w:bidi="he-IL"/>
          <w:sz w:val="22"/>
          <w:rtl/>
          <w:szCs w:val="22"/>
        </w:rPr>
        <w:t>3. טענה</w:t>
      </w:r>
    </w:p>
    <w:p>
      <w:pPr>
        <w:bidi/>
        <w:spacing w:after="40"/>
        <w:jc w:val="right"/>
      </w:pPr>
      <w:r>
        <w:rPr>
          <w:rFonts w:ascii="Arial" w:hAnsi="Arial" w:cs="Arial" w:eastAsia="Arial"/>
          <w:lang w:val="he-IL" w:bidi="he-IL"/>
          <w:sz w:val="22"/>
          <w:rtl/>
          <w:szCs w:val="22"/>
        </w:rPr>
        <w:t>4. כי</w:t>
      </w:r>
    </w:p>
    <w:p>
      <w:pPr>
        <w:bidi/>
        <w:spacing w:after="40"/>
        <w:jc w:val="right"/>
      </w:pPr>
      <w:r>
        <w:rPr>
          <w:rFonts w:ascii="Arial" w:hAnsi="Arial" w:cs="Arial" w:eastAsia="Arial"/>
          <w:lang w:val="he-IL" w:bidi="he-IL"/>
          <w:sz w:val="22"/>
          <w:rtl/>
          <w:szCs w:val="22"/>
        </w:rPr>
        <w:t>5. תוצאה</w:t>
      </w:r>
    </w:p>
    <w:p>
      <w:pPr>
        <w:bidi/>
        <w:pStyle w:val="Heading3"/>
        <w:spacing w:after="80"/>
        <w:jc w:val="right"/>
      </w:pPr>
      <w:r>
        <w:rPr>
          <w:rFonts w:ascii="Arial" w:hAnsi="Arial" w:cs="Arial" w:eastAsia="Arial"/>
          <w:lang w:val="he-IL" w:bidi="he-IL"/>
          <w:b/>
          <w:color w:val="3182CE"/>
          <w:sz w:val="26"/>
          <w:rtl/>
          <w:szCs w:val="26"/>
          <w:bCs/>
        </w:rPr>
        <w:t>חלק ג׳ – פרק 1 · חלקי הטיעון ועובדה מול דעה – חשיבה וכתיבה</w:t>
      </w:r>
    </w:p>
    <w:p>
      <w:pPr>
        <w:bidi/>
        <w:spacing w:after="40"/>
        <w:jc w:val="right"/>
      </w:pPr>
      <w:r>
        <w:rPr>
          <w:rFonts w:ascii="Arial" w:hAnsi="Arial" w:cs="Arial" w:eastAsia="Arial"/>
          <w:lang w:val="he-IL" w:bidi="he-IL"/>
          <w:sz w:val="22"/>
          <w:rtl/>
          <w:szCs w:val="22"/>
        </w:rPr>
        <w:t>1. תשובה חופשית – טענה ברורה ונימוק הגיוני שקשור אליה ישירות</w:t>
      </w:r>
    </w:p>
    <w:p>
      <w:pPr>
        <w:bidi/>
        <w:spacing w:after="40"/>
        <w:jc w:val="right"/>
      </w:pPr>
      <w:r>
        <w:rPr>
          <w:rFonts w:ascii="Arial" w:hAnsi="Arial" w:cs="Arial" w:eastAsia="Arial"/>
          <w:lang w:val="he-IL" w:bidi="he-IL"/>
          <w:sz w:val="22"/>
          <w:rtl/>
          <w:szCs w:val="22"/>
        </w:rPr>
        <w:t>2. תשובה חופשית – משפט עובדה שניתן לבדוק, ומשפט דעה המבטא עמדה אישית</w:t>
      </w:r>
    </w:p>
    <w:p>
      <w:pPr>
        <w:bidi/>
        <w:spacing w:after="40"/>
        <w:jc w:val="right"/>
      </w:pPr>
      <w:r>
        <w:rPr>
          <w:rFonts w:ascii="Arial" w:hAnsi="Arial" w:cs="Arial" w:eastAsia="Arial"/>
          <w:lang w:val="he-IL" w:bidi="he-IL"/>
          <w:sz w:val="22"/>
          <w:rtl/>
          <w:szCs w:val="22"/>
        </w:rPr>
        <w:t>3. תשובה חופשית – חמשת החלקים מופיעים בבירור ובסדר הגיוני</w:t>
      </w:r>
    </w:p>
    <w:p>
      <w:pPr>
        <w:bidi/>
        <w:spacing w:after="40"/>
        <w:jc w:val="right"/>
      </w:pPr>
      <w:r>
        <w:rPr>
          <w:rFonts w:ascii="Arial" w:hAnsi="Arial" w:cs="Arial" w:eastAsia="Arial"/>
          <w:lang w:val="he-IL" w:bidi="he-IL"/>
          <w:sz w:val="22"/>
          <w:rtl/>
          <w:szCs w:val="22"/>
        </w:rPr>
        <w:t>4. כי טענה שנשענת על עובדות משכנעת יותר מטענה שמבוססת רק על רגשות או דעות</w:t>
      </w:r>
    </w:p>
    <w:p>
      <w:pPr>
        <w:bidi/>
        <w:pStyle w:val="Heading3"/>
        <w:spacing w:after="80"/>
        <w:jc w:val="right"/>
      </w:pPr>
      <w:r>
        <w:rPr>
          <w:rFonts w:ascii="Arial" w:hAnsi="Arial" w:cs="Arial" w:eastAsia="Arial"/>
          <w:lang w:val="he-IL" w:bidi="he-IL"/>
          <w:b/>
          <w:color w:val="38A169"/>
          <w:sz w:val="26"/>
          <w:rtl/>
          <w:szCs w:val="26"/>
          <w:bCs/>
        </w:rPr>
        <w:t>חלק ד׳ – פרק 2 · מילות קישור ויחסים לוגיים – זיהוי בסיסי</w:t>
      </w:r>
    </w:p>
    <w:p>
      <w:pPr>
        <w:bidi/>
        <w:spacing w:after="40"/>
        <w:jc w:val="right"/>
      </w:pPr>
      <w:r>
        <w:rPr>
          <w:rFonts w:ascii="Arial" w:hAnsi="Arial" w:cs="Arial" w:eastAsia="Arial"/>
          <w:lang w:val="he-IL" w:bidi="he-IL"/>
          <w:sz w:val="22"/>
          <w:rtl/>
          <w:szCs w:val="22"/>
        </w:rPr>
        <w:t>1. א – סיבה-תוצאה</w:t>
      </w:r>
    </w:p>
    <w:p>
      <w:pPr>
        <w:bidi/>
        <w:spacing w:after="40"/>
        <w:jc w:val="right"/>
      </w:pPr>
      <w:r>
        <w:rPr>
          <w:rFonts w:ascii="Arial" w:hAnsi="Arial" w:cs="Arial" w:eastAsia="Arial"/>
          <w:lang w:val="he-IL" w:bidi="he-IL"/>
          <w:sz w:val="22"/>
          <w:rtl/>
          <w:szCs w:val="22"/>
        </w:rPr>
        <w:t>2. ב – ניגוד</w:t>
      </w:r>
    </w:p>
    <w:p>
      <w:pPr>
        <w:bidi/>
        <w:spacing w:after="40"/>
        <w:jc w:val="right"/>
      </w:pPr>
      <w:r>
        <w:rPr>
          <w:rFonts w:ascii="Arial" w:hAnsi="Arial" w:cs="Arial" w:eastAsia="Arial"/>
          <w:lang w:val="he-IL" w:bidi="he-IL"/>
          <w:sz w:val="22"/>
          <w:rtl/>
          <w:szCs w:val="22"/>
        </w:rPr>
        <w:t>3. א – בדומה ל</w:t>
      </w:r>
    </w:p>
    <w:p>
      <w:pPr>
        <w:bidi/>
        <w:pStyle w:val="Heading3"/>
        <w:spacing w:after="80"/>
        <w:jc w:val="right"/>
      </w:pPr>
      <w:r>
        <w:rPr>
          <w:rFonts w:ascii="Arial" w:hAnsi="Arial" w:cs="Arial" w:eastAsia="Arial"/>
          <w:lang w:val="he-IL" w:bidi="he-IL"/>
          <w:b/>
          <w:color w:val="805AD5"/>
          <w:sz w:val="26"/>
          <w:rtl/>
          <w:szCs w:val="26"/>
          <w:bCs/>
        </w:rPr>
        <w:t>חלק ה׳ – פרק 2 · מילות קישור ויחסים לוגיים – נכון/לא נכון והשלמה</w:t>
      </w:r>
    </w:p>
    <w:p>
      <w:pPr>
        <w:bidi/>
        <w:spacing w:after="40"/>
        <w:jc w:val="right"/>
      </w:pPr>
      <w:r>
        <w:rPr>
          <w:rFonts w:ascii="Arial" w:hAnsi="Arial" w:cs="Arial" w:eastAsia="Arial"/>
          <w:lang w:val="he-IL" w:bidi="he-IL"/>
          <w:sz w:val="22"/>
          <w:rtl/>
          <w:szCs w:val="22"/>
        </w:rPr>
        <w:t>1. לא נכון – מאחר ש מציינת יחס של סיבה</w:t>
      </w:r>
    </w:p>
    <w:p>
      <w:pPr>
        <w:bidi/>
        <w:spacing w:after="40"/>
        <w:jc w:val="right"/>
      </w:pPr>
      <w:r>
        <w:rPr>
          <w:rFonts w:ascii="Arial" w:hAnsi="Arial" w:cs="Arial" w:eastAsia="Arial"/>
          <w:lang w:val="he-IL" w:bidi="he-IL"/>
          <w:sz w:val="22"/>
          <w:rtl/>
          <w:szCs w:val="22"/>
        </w:rPr>
        <w:t>2. נכון – היא מציגה רעיון מנוגד לקודם</w:t>
      </w:r>
    </w:p>
    <w:p>
      <w:pPr>
        <w:bidi/>
        <w:pStyle w:val="Heading3"/>
        <w:spacing w:after="80"/>
        <w:jc w:val="right"/>
      </w:pPr>
      <w:r>
        <w:rPr>
          <w:rFonts w:ascii="Arial" w:hAnsi="Arial" w:cs="Arial" w:eastAsia="Arial"/>
          <w:lang w:val="he-IL" w:bidi="he-IL"/>
          <w:b/>
          <w:color w:val="D53F8C"/>
          <w:sz w:val="26"/>
          <w:rtl/>
          <w:szCs w:val="26"/>
          <w:bCs/>
        </w:rPr>
        <w:t>חלק ו׳ – פרק 2 · מילות קישור ויחסים לוגיים – השלמת משפטים והתאמה</w:t>
      </w:r>
    </w:p>
    <w:p>
      <w:pPr>
        <w:bidi/>
        <w:spacing w:after="40"/>
        <w:jc w:val="right"/>
      </w:pPr>
      <w:r>
        <w:rPr>
          <w:rFonts w:ascii="Arial" w:hAnsi="Arial" w:cs="Arial" w:eastAsia="Arial"/>
          <w:lang w:val="he-IL" w:bidi="he-IL"/>
          <w:sz w:val="22"/>
          <w:rtl/>
          <w:szCs w:val="22"/>
        </w:rPr>
        <w:t>1. לכן</w:t>
      </w:r>
    </w:p>
    <w:p>
      <w:pPr>
        <w:bidi/>
        <w:spacing w:after="40"/>
        <w:jc w:val="right"/>
      </w:pPr>
      <w:r>
        <w:rPr>
          <w:rFonts w:ascii="Arial" w:hAnsi="Arial" w:cs="Arial" w:eastAsia="Arial"/>
          <w:lang w:val="he-IL" w:bidi="he-IL"/>
          <w:sz w:val="22"/>
          <w:rtl/>
          <w:szCs w:val="22"/>
        </w:rPr>
        <w:t>2. לעומת זאת</w:t>
      </w:r>
    </w:p>
    <w:p>
      <w:pPr>
        <w:bidi/>
        <w:pStyle w:val="Heading3"/>
        <w:spacing w:after="80"/>
        <w:jc w:val="right"/>
      </w:pPr>
      <w:r>
        <w:rPr>
          <w:rFonts w:ascii="Arial" w:hAnsi="Arial" w:cs="Arial" w:eastAsia="Arial"/>
          <w:lang w:val="he-IL" w:bidi="he-IL"/>
          <w:b/>
          <w:color w:val="E53E3E"/>
          <w:sz w:val="26"/>
          <w:rtl/>
          <w:szCs w:val="26"/>
          <w:bCs/>
        </w:rPr>
        <w:t>חלק ז׳ – פרק 2 · מילות קישור ויחסים לוגיים – התאמת יחסים</w:t>
      </w:r>
    </w:p>
    <w:p>
      <w:pPr>
        <w:bidi/>
        <w:spacing w:after="40"/>
        <w:jc w:val="right"/>
      </w:pPr>
      <w:r>
        <w:rPr>
          <w:rFonts w:ascii="Arial" w:hAnsi="Arial" w:cs="Arial" w:eastAsia="Arial"/>
          <w:lang w:val="he-IL" w:bidi="he-IL"/>
          <w:sz w:val="22"/>
          <w:rtl/>
          <w:szCs w:val="22"/>
        </w:rPr>
        <w:t>1 – ג (סיבה-תוצאה)</w:t>
      </w:r>
    </w:p>
    <w:p>
      <w:pPr>
        <w:bidi/>
        <w:spacing w:after="40"/>
        <w:jc w:val="right"/>
      </w:pPr>
      <w:r>
        <w:rPr>
          <w:rFonts w:ascii="Arial" w:hAnsi="Arial" w:cs="Arial" w:eastAsia="Arial"/>
          <w:lang w:val="he-IL" w:bidi="he-IL"/>
          <w:sz w:val="22"/>
          <w:rtl/>
          <w:szCs w:val="22"/>
        </w:rPr>
        <w:t>2 – ד (ניגוד)</w:t>
      </w:r>
    </w:p>
    <w:p>
      <w:pPr>
        <w:bidi/>
        <w:spacing w:after="40"/>
        <w:jc w:val="right"/>
      </w:pPr>
      <w:r>
        <w:rPr>
          <w:rFonts w:ascii="Arial" w:hAnsi="Arial" w:cs="Arial" w:eastAsia="Arial"/>
          <w:lang w:val="he-IL" w:bidi="he-IL"/>
          <w:sz w:val="22"/>
          <w:rtl/>
          <w:szCs w:val="22"/>
        </w:rPr>
        <w:t>3 – א (סיבה)</w:t>
      </w:r>
    </w:p>
    <w:p>
      <w:pPr>
        <w:bidi/>
        <w:spacing w:after="40"/>
        <w:jc w:val="right"/>
      </w:pPr>
      <w:r>
        <w:rPr>
          <w:rFonts w:ascii="Arial" w:hAnsi="Arial" w:cs="Arial" w:eastAsia="Arial"/>
          <w:lang w:val="he-IL" w:bidi="he-IL"/>
          <w:sz w:val="22"/>
          <w:rtl/>
          <w:szCs w:val="22"/>
        </w:rPr>
        <w:t>4 – ב (השוואה)</w:t>
      </w:r>
    </w:p>
    <w:p>
      <w:pPr>
        <w:bidi/>
        <w:pStyle w:val="Heading3"/>
        <w:spacing w:after="80"/>
        <w:jc w:val="right"/>
      </w:pPr>
      <w:r>
        <w:rPr>
          <w:rFonts w:ascii="Arial" w:hAnsi="Arial" w:cs="Arial" w:eastAsia="Arial"/>
          <w:lang w:val="he-IL" w:bidi="he-IL"/>
          <w:b/>
          <w:color w:val="DD6B20"/>
          <w:sz w:val="26"/>
          <w:rtl/>
          <w:szCs w:val="26"/>
          <w:bCs/>
        </w:rPr>
        <w:t>חלק ח׳ – פרק 3 · בניית פסקה טיעונית: נימוק וראיה – מבנה הפסקה</w:t>
      </w:r>
    </w:p>
    <w:p>
      <w:pPr>
        <w:bidi/>
        <w:spacing w:after="40"/>
        <w:jc w:val="right"/>
      </w:pPr>
      <w:r>
        <w:rPr>
          <w:rFonts w:ascii="Arial" w:hAnsi="Arial" w:cs="Arial" w:eastAsia="Arial"/>
          <w:lang w:val="he-IL" w:bidi="he-IL"/>
          <w:sz w:val="22"/>
          <w:rtl/>
          <w:szCs w:val="22"/>
        </w:rPr>
        <w:t>1. ב – טענה</w:t>
      </w:r>
    </w:p>
    <w:p>
      <w:pPr>
        <w:bidi/>
        <w:spacing w:after="40"/>
        <w:jc w:val="right"/>
      </w:pPr>
      <w:r>
        <w:rPr>
          <w:rFonts w:ascii="Arial" w:hAnsi="Arial" w:cs="Arial" w:eastAsia="Arial"/>
          <w:lang w:val="he-IL" w:bidi="he-IL"/>
          <w:sz w:val="22"/>
          <w:rtl/>
          <w:szCs w:val="22"/>
        </w:rPr>
        <w:t>2. ב – להסביר למה הטענה נכונה</w:t>
      </w:r>
    </w:p>
    <w:p>
      <w:pPr>
        <w:bidi/>
        <w:spacing w:after="40"/>
        <w:jc w:val="right"/>
      </w:pPr>
      <w:r>
        <w:rPr>
          <w:rFonts w:ascii="Arial" w:hAnsi="Arial" w:cs="Arial" w:eastAsia="Arial"/>
          <w:lang w:val="he-IL" w:bidi="he-IL"/>
          <w:sz w:val="22"/>
          <w:rtl/>
          <w:szCs w:val="22"/>
        </w:rPr>
        <w:t>3. א – לחזק את הנימוק בדוגמה או עובדה</w:t>
      </w:r>
    </w:p>
    <w:p>
      <w:pPr>
        <w:bidi/>
        <w:spacing w:after="40"/>
        <w:jc w:val="right"/>
      </w:pPr>
      <w:r>
        <w:rPr>
          <w:rFonts w:ascii="Arial" w:hAnsi="Arial" w:cs="Arial" w:eastAsia="Arial"/>
          <w:lang w:val="he-IL" w:bidi="he-IL"/>
          <w:sz w:val="22"/>
          <w:rtl/>
          <w:szCs w:val="22"/>
        </w:rPr>
        <w:t>4. ב – לחזור לטענה ולחזק אותה</w:t>
      </w:r>
    </w:p>
    <w:p>
      <w:pPr>
        <w:bidi/>
        <w:pStyle w:val="Heading3"/>
        <w:spacing w:after="80"/>
        <w:jc w:val="right"/>
      </w:pPr>
      <w:r>
        <w:rPr>
          <w:rFonts w:ascii="Arial" w:hAnsi="Arial" w:cs="Arial" w:eastAsia="Arial"/>
          <w:lang w:val="he-IL" w:bidi="he-IL"/>
          <w:b/>
          <w:color w:val="3182CE"/>
          <w:sz w:val="26"/>
          <w:rtl/>
          <w:szCs w:val="26"/>
          <w:bCs/>
        </w:rPr>
        <w:t>חלק ט׳ – פרק 3 · בניית פסקה טיעונית: נימוק וראיה – זיהוי והתאמה</w:t>
      </w:r>
    </w:p>
    <w:p>
      <w:pPr>
        <w:bidi/>
        <w:spacing w:after="40"/>
        <w:jc w:val="right"/>
      </w:pPr>
      <w:r>
        <w:rPr>
          <w:rFonts w:ascii="Arial" w:hAnsi="Arial" w:cs="Arial" w:eastAsia="Arial"/>
          <w:lang w:val="he-IL" w:bidi="he-IL"/>
          <w:sz w:val="22"/>
          <w:rtl/>
          <w:szCs w:val="22"/>
        </w:rPr>
        <w:t>1. לא נכון – נימוק חייב להסביר את הקשר הלוגי לטענה</w:t>
      </w:r>
    </w:p>
    <w:p>
      <w:pPr>
        <w:bidi/>
        <w:spacing w:after="40"/>
        <w:jc w:val="right"/>
      </w:pPr>
      <w:r>
        <w:rPr>
          <w:rFonts w:ascii="Arial" w:hAnsi="Arial" w:cs="Arial" w:eastAsia="Arial"/>
          <w:lang w:val="he-IL" w:bidi="he-IL"/>
          <w:sz w:val="22"/>
          <w:rtl/>
          <w:szCs w:val="22"/>
        </w:rPr>
        <w:t>2. נכון – כך מוגדר תפקיד הראיה בחוברת</w:t>
      </w:r>
    </w:p>
    <w:p>
      <w:pPr>
        <w:bidi/>
        <w:spacing w:after="40"/>
        <w:jc w:val="right"/>
      </w:pPr>
      <w:r>
        <w:rPr>
          <w:rFonts w:ascii="Arial" w:hAnsi="Arial" w:cs="Arial" w:eastAsia="Arial"/>
          <w:lang w:val="he-IL" w:bidi="he-IL"/>
          <w:sz w:val="22"/>
          <w:rtl/>
          <w:szCs w:val="22"/>
        </w:rPr>
        <w:t>3. לא נכון – הטענה היא הבסיס של כל הפסקה</w:t>
      </w:r>
    </w:p>
    <w:p>
      <w:pPr>
        <w:bidi/>
        <w:pStyle w:val="Heading3"/>
        <w:spacing w:after="80"/>
        <w:jc w:val="right"/>
      </w:pPr>
      <w:r>
        <w:rPr>
          <w:rFonts w:ascii="Arial" w:hAnsi="Arial" w:cs="Arial" w:eastAsia="Arial"/>
          <w:lang w:val="he-IL" w:bidi="he-IL"/>
          <w:b/>
          <w:color w:val="38A169"/>
          <w:sz w:val="26"/>
          <w:rtl/>
          <w:szCs w:val="26"/>
          <w:bCs/>
        </w:rPr>
        <w:t>חלק י׳ – פרק 3 · בניית פסקה טיעונית: נימוק וראיה – השלמה והתאמה</w:t>
      </w:r>
    </w:p>
    <w:p>
      <w:pPr>
        <w:bidi/>
        <w:spacing w:after="40"/>
        <w:jc w:val="right"/>
      </w:pPr>
      <w:r>
        <w:rPr>
          <w:rFonts w:ascii="Arial" w:hAnsi="Arial" w:cs="Arial" w:eastAsia="Arial"/>
          <w:lang w:val="he-IL" w:bidi="he-IL"/>
          <w:sz w:val="22"/>
          <w:rtl/>
          <w:szCs w:val="22"/>
        </w:rPr>
        <w:t>1 – ד (המשפט המרכזי שמביע עמדה)</w:t>
      </w:r>
    </w:p>
    <w:p>
      <w:pPr>
        <w:bidi/>
        <w:spacing w:after="40"/>
        <w:jc w:val="right"/>
      </w:pPr>
      <w:r>
        <w:rPr>
          <w:rFonts w:ascii="Arial" w:hAnsi="Arial" w:cs="Arial" w:eastAsia="Arial"/>
          <w:lang w:val="he-IL" w:bidi="he-IL"/>
          <w:sz w:val="22"/>
          <w:rtl/>
          <w:szCs w:val="22"/>
        </w:rPr>
        <w:t>2 – ג (ההסבר למה הטענה נכונה)</w:t>
      </w:r>
    </w:p>
    <w:p>
      <w:pPr>
        <w:bidi/>
        <w:spacing w:after="40"/>
        <w:jc w:val="right"/>
      </w:pPr>
      <w:r>
        <w:rPr>
          <w:rFonts w:ascii="Arial" w:hAnsi="Arial" w:cs="Arial" w:eastAsia="Arial"/>
          <w:lang w:val="he-IL" w:bidi="he-IL"/>
          <w:sz w:val="22"/>
          <w:rtl/>
          <w:szCs w:val="22"/>
        </w:rPr>
        <w:t>3 – ב (דוגמה או עובדה שתומכת בנימוק)</w:t>
      </w:r>
    </w:p>
    <w:p>
      <w:pPr>
        <w:bidi/>
        <w:spacing w:after="40"/>
        <w:jc w:val="right"/>
      </w:pPr>
      <w:r>
        <w:rPr>
          <w:rFonts w:ascii="Arial" w:hAnsi="Arial" w:cs="Arial" w:eastAsia="Arial"/>
          <w:lang w:val="he-IL" w:bidi="he-IL"/>
          <w:sz w:val="22"/>
          <w:rtl/>
          <w:szCs w:val="22"/>
        </w:rPr>
        <w:t>4 – א (חזרה לטענה בסוף הפסקה)</w:t>
      </w:r>
    </w:p>
    <w:p>
      <w:pPr>
        <w:bidi/>
        <w:pStyle w:val="Heading3"/>
        <w:spacing w:after="80"/>
        <w:jc w:val="right"/>
      </w:pPr>
      <w:r>
        <w:rPr>
          <w:rFonts w:ascii="Arial" w:hAnsi="Arial" w:cs="Arial" w:eastAsia="Arial"/>
          <w:lang w:val="he-IL" w:bidi="he-IL"/>
          <w:b/>
          <w:color w:val="805AD5"/>
          <w:sz w:val="26"/>
          <w:rtl/>
          <w:szCs w:val="26"/>
          <w:bCs/>
        </w:rPr>
        <w:t>חלק י״א – פרק 3 · בניית פסקה טיעונית: נימוק וראיה – השלמת משפטים</w:t>
      </w:r>
    </w:p>
    <w:p>
      <w:pPr>
        <w:bidi/>
        <w:spacing w:after="40"/>
        <w:jc w:val="right"/>
      </w:pPr>
      <w:r>
        <w:rPr>
          <w:rFonts w:ascii="Arial" w:hAnsi="Arial" w:cs="Arial" w:eastAsia="Arial"/>
          <w:lang w:val="he-IL" w:bidi="he-IL"/>
          <w:sz w:val="22"/>
          <w:rtl/>
          <w:szCs w:val="22"/>
        </w:rPr>
        <w:t>1. נימוק</w:t>
      </w:r>
    </w:p>
    <w:p>
      <w:pPr>
        <w:bidi/>
        <w:spacing w:after="40"/>
        <w:jc w:val="right"/>
      </w:pPr>
      <w:r>
        <w:rPr>
          <w:rFonts w:ascii="Arial" w:hAnsi="Arial" w:cs="Arial" w:eastAsia="Arial"/>
          <w:lang w:val="he-IL" w:bidi="he-IL"/>
          <w:sz w:val="22"/>
          <w:rtl/>
          <w:szCs w:val="22"/>
        </w:rPr>
        <w:t>2. ראיה</w:t>
      </w:r>
    </w:p>
    <w:p>
      <w:pPr>
        <w:bidi/>
        <w:pStyle w:val="Heading3"/>
        <w:spacing w:after="80"/>
        <w:jc w:val="right"/>
      </w:pPr>
      <w:r>
        <w:rPr>
          <w:rFonts w:ascii="Arial" w:hAnsi="Arial" w:cs="Arial" w:eastAsia="Arial"/>
          <w:lang w:val="he-IL" w:bidi="he-IL"/>
          <w:b/>
          <w:color w:val="D53F8C"/>
          <w:sz w:val="26"/>
          <w:rtl/>
          <w:szCs w:val="26"/>
          <w:bCs/>
        </w:rPr>
        <w:t>חלק י״ב – פרק 4 · כשלי טיעון – מה זה כשל טיעון</w:t>
      </w:r>
    </w:p>
    <w:p>
      <w:pPr>
        <w:bidi/>
        <w:spacing w:after="40"/>
        <w:jc w:val="right"/>
      </w:pPr>
      <w:r>
        <w:rPr>
          <w:rFonts w:ascii="Arial" w:hAnsi="Arial" w:cs="Arial" w:eastAsia="Arial"/>
          <w:lang w:val="he-IL" w:bidi="he-IL"/>
          <w:sz w:val="22"/>
          <w:rtl/>
          <w:szCs w:val="22"/>
        </w:rPr>
        <w:t>1. א – דרך הנמקה פגומה שגורמת לטיעון להיראות משכנע בלי שהוא באמת תקף</w:t>
      </w:r>
    </w:p>
    <w:p>
      <w:pPr>
        <w:bidi/>
        <w:spacing w:after="40"/>
        <w:jc w:val="right"/>
      </w:pPr>
      <w:r>
        <w:rPr>
          <w:rFonts w:ascii="Arial" w:hAnsi="Arial" w:cs="Arial" w:eastAsia="Arial"/>
          <w:lang w:val="he-IL" w:bidi="he-IL"/>
          <w:sz w:val="22"/>
          <w:rtl/>
          <w:szCs w:val="22"/>
        </w:rPr>
        <w:t>2. א – 'אתה בכלל לא טוב בלימודים, אז מה שאתה אומר לא נכון'</w:t>
      </w:r>
    </w:p>
    <w:p>
      <w:pPr>
        <w:bidi/>
        <w:spacing w:after="40"/>
        <w:jc w:val="right"/>
      </w:pPr>
      <w:r>
        <w:rPr>
          <w:rFonts w:ascii="Arial" w:hAnsi="Arial" w:cs="Arial" w:eastAsia="Arial"/>
          <w:lang w:val="he-IL" w:bidi="he-IL"/>
          <w:sz w:val="22"/>
          <w:rtl/>
          <w:szCs w:val="22"/>
        </w:rPr>
        <w:t>3. א – הכללת יתר</w:t>
      </w:r>
    </w:p>
    <w:p>
      <w:pPr>
        <w:bidi/>
        <w:spacing w:after="40"/>
        <w:jc w:val="right"/>
      </w:pPr>
      <w:r>
        <w:rPr>
          <w:rFonts w:ascii="Arial" w:hAnsi="Arial" w:cs="Arial" w:eastAsia="Arial"/>
          <w:lang w:val="he-IL" w:bidi="he-IL"/>
          <w:sz w:val="22"/>
          <w:rtl/>
          <w:szCs w:val="22"/>
        </w:rPr>
        <w:t>4. א – כשל הסמכות</w:t>
      </w:r>
    </w:p>
    <w:p>
      <w:pPr>
        <w:bidi/>
        <w:pStyle w:val="Heading3"/>
        <w:spacing w:after="80"/>
        <w:jc w:val="right"/>
      </w:pPr>
      <w:r>
        <w:rPr>
          <w:rFonts w:ascii="Arial" w:hAnsi="Arial" w:cs="Arial" w:eastAsia="Arial"/>
          <w:lang w:val="he-IL" w:bidi="he-IL"/>
          <w:b/>
          <w:color w:val="E53E3E"/>
          <w:sz w:val="26"/>
          <w:rtl/>
          <w:szCs w:val="26"/>
          <w:bCs/>
        </w:rPr>
        <w:t>חלק י״ג – פרק 4 · כשלי טיעון – התאמה וזיהוי</w:t>
      </w:r>
    </w:p>
    <w:p>
      <w:pPr>
        <w:bidi/>
        <w:spacing w:after="40"/>
        <w:jc w:val="right"/>
      </w:pPr>
      <w:r>
        <w:rPr>
          <w:rFonts w:ascii="Arial" w:hAnsi="Arial" w:cs="Arial" w:eastAsia="Arial"/>
          <w:lang w:val="he-IL" w:bidi="he-IL"/>
          <w:sz w:val="22"/>
          <w:rtl/>
          <w:szCs w:val="22"/>
        </w:rPr>
        <w:t>1 – ה (מסקנה כללית מדי שמבוססת על מקרה בודד אחד)</w:t>
      </w:r>
    </w:p>
    <w:p>
      <w:pPr>
        <w:bidi/>
        <w:spacing w:after="40"/>
        <w:jc w:val="right"/>
      </w:pPr>
      <w:r>
        <w:rPr>
          <w:rFonts w:ascii="Arial" w:hAnsi="Arial" w:cs="Arial" w:eastAsia="Arial"/>
          <w:lang w:val="he-IL" w:bidi="he-IL"/>
          <w:sz w:val="22"/>
          <w:rtl/>
          <w:szCs w:val="22"/>
        </w:rPr>
        <w:t>2 – ד (תקיפת האדם שטוען, במקום להתייחס לטענה עצמה)</w:t>
      </w:r>
    </w:p>
    <w:p>
      <w:pPr>
        <w:bidi/>
        <w:spacing w:after="40"/>
        <w:jc w:val="right"/>
      </w:pPr>
      <w:r>
        <w:rPr>
          <w:rFonts w:ascii="Arial" w:hAnsi="Arial" w:cs="Arial" w:eastAsia="Arial"/>
          <w:lang w:val="he-IL" w:bidi="he-IL"/>
          <w:sz w:val="22"/>
          <w:rtl/>
          <w:szCs w:val="22"/>
        </w:rPr>
        <w:t>3 – א (קבלת טענה רק כי מישהו מפורסם או ידוע אמר אותה)</w:t>
      </w:r>
    </w:p>
    <w:p>
      <w:pPr>
        <w:bidi/>
        <w:spacing w:after="40"/>
        <w:jc w:val="right"/>
      </w:pPr>
      <w:r>
        <w:rPr>
          <w:rFonts w:ascii="Arial" w:hAnsi="Arial" w:cs="Arial" w:eastAsia="Arial"/>
          <w:lang w:val="he-IL" w:bidi="he-IL"/>
          <w:sz w:val="22"/>
          <w:rtl/>
          <w:szCs w:val="22"/>
        </w:rPr>
        <w:t>4 – ג ('כולם עושים את זה אז זה בטח נכון')</w:t>
      </w:r>
    </w:p>
    <w:p>
      <w:pPr>
        <w:bidi/>
        <w:spacing w:after="40"/>
        <w:jc w:val="right"/>
      </w:pPr>
      <w:r>
        <w:rPr>
          <w:rFonts w:ascii="Arial" w:hAnsi="Arial" w:cs="Arial" w:eastAsia="Arial"/>
          <w:lang w:val="he-IL" w:bidi="he-IL"/>
          <w:sz w:val="22"/>
          <w:rtl/>
          <w:szCs w:val="22"/>
        </w:rPr>
        <w:t>5 – ב (מסיקים שדבר אחד גרם לדבר שני רק כי הוא קרה לפניו)</w:t>
      </w:r>
    </w:p>
    <w:p>
      <w:pPr>
        <w:bidi/>
        <w:pStyle w:val="Heading3"/>
        <w:spacing w:after="80"/>
        <w:jc w:val="right"/>
      </w:pPr>
      <w:r>
        <w:rPr>
          <w:rFonts w:ascii="Arial" w:hAnsi="Arial" w:cs="Arial" w:eastAsia="Arial"/>
          <w:lang w:val="he-IL" w:bidi="he-IL"/>
          <w:b/>
          <w:color w:val="DD6B20"/>
          <w:sz w:val="26"/>
          <w:rtl/>
          <w:szCs w:val="26"/>
          <w:bCs/>
        </w:rPr>
        <w:t>חלק י״ד – פרק 4 · כשלי טיעון – נכון או לא נכון</w:t>
      </w:r>
    </w:p>
    <w:p>
      <w:pPr>
        <w:bidi/>
        <w:spacing w:after="40"/>
        <w:jc w:val="right"/>
      </w:pPr>
      <w:r>
        <w:rPr>
          <w:rFonts w:ascii="Arial" w:hAnsi="Arial" w:cs="Arial" w:eastAsia="Arial"/>
          <w:lang w:val="he-IL" w:bidi="he-IL"/>
          <w:sz w:val="22"/>
          <w:rtl/>
          <w:szCs w:val="22"/>
        </w:rPr>
        <w:t>1. לא נכון – הכשל פוגם בדרך ההנמקה, אבל התוצאה עצמה עשויה בכל זאת להיות נכונה - רק שהדרך להוכיח אותה אינה תקפה</w:t>
      </w:r>
    </w:p>
    <w:p>
      <w:pPr>
        <w:bidi/>
        <w:spacing w:after="40"/>
        <w:jc w:val="right"/>
      </w:pPr>
      <w:r>
        <w:rPr>
          <w:rFonts w:ascii="Arial" w:hAnsi="Arial" w:cs="Arial" w:eastAsia="Arial"/>
          <w:lang w:val="he-IL" w:bidi="he-IL"/>
          <w:sz w:val="22"/>
          <w:rtl/>
          <w:szCs w:val="22"/>
        </w:rPr>
        <w:t>2. נכון – כשמצביעים על כשל בטיעון הנגד, מראים שההנמקה של הצד השני אינה מספיק תקפה</w:t>
      </w:r>
    </w:p>
    <w:p>
      <w:pPr>
        <w:bidi/>
        <w:pStyle w:val="Heading3"/>
        <w:spacing w:after="80"/>
        <w:jc w:val="right"/>
      </w:pPr>
      <w:r>
        <w:rPr>
          <w:rFonts w:ascii="Arial" w:hAnsi="Arial" w:cs="Arial" w:eastAsia="Arial"/>
          <w:lang w:val="he-IL" w:bidi="he-IL"/>
          <w:b/>
          <w:color w:val="3182CE"/>
          <w:sz w:val="26"/>
          <w:rtl/>
          <w:szCs w:val="26"/>
          <w:bCs/>
        </w:rPr>
        <w:t>חלק ט״ו – פרק 5 · דיון וכתיבה: קו הדעות וטיעון שלם – זוכרים מהפעילות הכיתתית</w:t>
      </w:r>
    </w:p>
    <w:p>
      <w:pPr>
        <w:bidi/>
        <w:spacing w:after="40"/>
        <w:jc w:val="right"/>
      </w:pPr>
      <w:r>
        <w:rPr>
          <w:rFonts w:ascii="Arial" w:hAnsi="Arial" w:cs="Arial" w:eastAsia="Arial"/>
          <w:lang w:val="he-IL" w:bidi="he-IL"/>
          <w:sz w:val="22"/>
          <w:rtl/>
          <w:szCs w:val="22"/>
        </w:rPr>
        <w:t>1. נכון – כך מצוין במהלך הפעילות למורה</w:t>
      </w:r>
    </w:p>
    <w:p>
      <w:pPr>
        <w:bidi/>
        <w:spacing w:after="40"/>
        <w:jc w:val="right"/>
      </w:pPr>
      <w:r>
        <w:rPr>
          <w:rFonts w:ascii="Arial" w:hAnsi="Arial" w:cs="Arial" w:eastAsia="Arial"/>
          <w:lang w:val="he-IL" w:bidi="he-IL"/>
          <w:sz w:val="22"/>
          <w:rtl/>
          <w:szCs w:val="22"/>
        </w:rPr>
        <w:t>2. נכון – הטיימר בנוי לפי 10 שלבים</w:t>
      </w:r>
    </w:p>
    <w:p>
      <w:pPr>
        <w:bidi/>
        <w:spacing w:after="40"/>
        <w:jc w:val="right"/>
      </w:pPr>
      <w:r>
        <w:rPr>
          <w:rFonts w:ascii="Arial" w:hAnsi="Arial" w:cs="Arial" w:eastAsia="Arial"/>
          <w:lang w:val="he-IL" w:bidi="he-IL"/>
          <w:sz w:val="22"/>
          <w:rtl/>
          <w:szCs w:val="22"/>
        </w:rPr>
        <w:t>3. נכון – הלוח בגודל 3 כפול 3 והמרכז חובה</w:t>
      </w:r>
    </w:p>
    <w:p>
      <w:pPr>
        <w:bidi/>
        <w:pStyle w:val="Heading3"/>
        <w:spacing w:after="80"/>
        <w:jc w:val="right"/>
      </w:pPr>
      <w:r>
        <w:rPr>
          <w:rFonts w:ascii="Arial" w:hAnsi="Arial" w:cs="Arial" w:eastAsia="Arial"/>
          <w:lang w:val="he-IL" w:bidi="he-IL"/>
          <w:b/>
          <w:color w:val="38A169"/>
          <w:sz w:val="26"/>
          <w:rtl/>
          <w:szCs w:val="26"/>
          <w:bCs/>
        </w:rPr>
        <w:t>חלק ט״ז – פרק 5 · דיון וכתיבה: קו הדעות וטיעון שלם – תפקידים ונתונים</w:t>
      </w:r>
    </w:p>
    <w:p>
      <w:pPr>
        <w:bidi/>
        <w:spacing w:after="40"/>
        <w:jc w:val="right"/>
      </w:pPr>
      <w:r>
        <w:rPr>
          <w:rFonts w:ascii="Arial" w:hAnsi="Arial" w:cs="Arial" w:eastAsia="Arial"/>
          <w:lang w:val="he-IL" w:bidi="he-IL"/>
          <w:sz w:val="22"/>
          <w:rtl/>
          <w:szCs w:val="22"/>
        </w:rPr>
        <w:t>1. ב – 3</w:t>
      </w:r>
    </w:p>
    <w:p>
      <w:pPr>
        <w:bidi/>
        <w:spacing w:after="40"/>
        <w:jc w:val="right"/>
      </w:pPr>
      <w:r>
        <w:rPr>
          <w:rFonts w:ascii="Arial" w:hAnsi="Arial" w:cs="Arial" w:eastAsia="Arial"/>
          <w:lang w:val="he-IL" w:bidi="he-IL"/>
          <w:sz w:val="22"/>
          <w:rtl/>
          <w:szCs w:val="22"/>
        </w:rPr>
        <w:t>2. ג – 100</w:t>
      </w:r>
    </w:p>
    <w:p>
      <w:pPr>
        <w:bidi/>
        <w:pStyle w:val="Heading3"/>
        <w:spacing w:after="80"/>
        <w:jc w:val="right"/>
      </w:pPr>
      <w:r>
        <w:rPr>
          <w:rFonts w:ascii="Arial" w:hAnsi="Arial" w:cs="Arial" w:eastAsia="Arial"/>
          <w:lang w:val="he-IL" w:bidi="he-IL"/>
          <w:b/>
          <w:color w:val="805AD5"/>
          <w:sz w:val="26"/>
          <w:rtl/>
          <w:szCs w:val="26"/>
          <w:bCs/>
        </w:rPr>
        <w:t>חלק י״ז – פרק 5 · דיון וכתיבה: קו הדעות וטיעון שלם – השלמה</w:t>
      </w:r>
    </w:p>
    <w:p>
      <w:pPr>
        <w:bidi/>
        <w:spacing w:after="40"/>
        <w:jc w:val="right"/>
      </w:pPr>
      <w:r>
        <w:rPr>
          <w:rFonts w:ascii="Arial" w:hAnsi="Arial" w:cs="Arial" w:eastAsia="Arial"/>
          <w:lang w:val="he-IL" w:bidi="he-IL"/>
          <w:sz w:val="22"/>
          <w:rtl/>
          <w:szCs w:val="22"/>
        </w:rPr>
        <w:t>1. 24</w:t>
      </w:r>
    </w:p>
    <w:p>
      <w:pPr>
        <w:bidi/>
        <w:pStyle w:val="Heading3"/>
        <w:spacing w:after="80"/>
        <w:jc w:val="right"/>
      </w:pPr>
      <w:r>
        <w:rPr>
          <w:rFonts w:ascii="Arial" w:hAnsi="Arial" w:cs="Arial" w:eastAsia="Arial"/>
          <w:lang w:val="he-IL" w:bidi="he-IL"/>
          <w:b/>
          <w:color w:val="D53F8C"/>
          <w:sz w:val="26"/>
          <w:rtl/>
          <w:szCs w:val="26"/>
          <w:bCs/>
        </w:rPr>
        <w:t>חלק י״ח – פרק 5 · דיון וכתיבה: קו הדעות וטיעון שלם – התאמת תפקידים</w:t>
      </w:r>
    </w:p>
    <w:p>
      <w:pPr>
        <w:bidi/>
        <w:spacing w:after="40"/>
        <w:jc w:val="right"/>
      </w:pPr>
      <w:r>
        <w:rPr>
          <w:rFonts w:ascii="Arial" w:hAnsi="Arial" w:cs="Arial" w:eastAsia="Arial"/>
          <w:lang w:val="he-IL" w:bidi="he-IL"/>
          <w:sz w:val="22"/>
          <w:rtl/>
          <w:szCs w:val="22"/>
        </w:rPr>
        <w:t>1 – ב (מציג/ה את הטענה ומנמק/ת אותה)</w:t>
      </w:r>
    </w:p>
    <w:p>
      <w:pPr>
        <w:bidi/>
        <w:spacing w:after="40"/>
        <w:jc w:val="right"/>
      </w:pPr>
      <w:r>
        <w:rPr>
          <w:rFonts w:ascii="Arial" w:hAnsi="Arial" w:cs="Arial" w:eastAsia="Arial"/>
          <w:lang w:val="he-IL" w:bidi="he-IL"/>
          <w:sz w:val="22"/>
          <w:rtl/>
          <w:szCs w:val="22"/>
        </w:rPr>
        <w:t>2 – ג (מציג/ה דעה נגדית ומנמק/ת אותה)</w:t>
      </w:r>
    </w:p>
    <w:p>
      <w:pPr>
        <w:bidi/>
        <w:spacing w:after="40"/>
        <w:jc w:val="right"/>
      </w:pPr>
      <w:r>
        <w:rPr>
          <w:rFonts w:ascii="Arial" w:hAnsi="Arial" w:cs="Arial" w:eastAsia="Arial"/>
          <w:lang w:val="he-IL" w:bidi="he-IL"/>
          <w:sz w:val="22"/>
          <w:rtl/>
          <w:szCs w:val="22"/>
        </w:rPr>
        <w:t>3 – א (מעריך/ה את שני הצדדים לפי מחוון)</w:t>
      </w:r>
    </w:p>
    <w:p>
      <w:pPr>
        <w:bidi/>
        <w:spacing w:after="40"/>
        <w:jc w:val="right"/>
      </w:pPr>
      <w:r>
        <w:rPr>
          <w:rFonts w:ascii="Arial" w:hAnsi="Arial" w:cs="Arial" w:eastAsia="Arial"/>
          <w:lang w:val="he-IL" w:bidi="he-IL"/>
          <w:sz w:val="22"/>
          <w:rtl/>
          <w:szCs w:val="22"/>
        </w:rPr>
        <w:t>4 – ד (הדרך שבה נקבעים התפקידים בוויכוח)</w:t>
      </w:r>
    </w:p>
    <w:p>
      <w:pPr>
        <w:bidi/>
        <w:pStyle w:val="Heading3"/>
        <w:spacing w:after="80"/>
        <w:jc w:val="right"/>
      </w:pPr>
      <w:r>
        <w:rPr>
          <w:rFonts w:ascii="Arial" w:hAnsi="Arial" w:cs="Arial" w:eastAsia="Arial"/>
          <w:lang w:val="he-IL" w:bidi="he-IL"/>
          <w:b/>
          <w:color w:val="E53E3E"/>
          <w:sz w:val="26"/>
          <w:rtl/>
          <w:szCs w:val="26"/>
          <w:bCs/>
        </w:rPr>
        <w:t>חלק י״ט – חזרה מסכמת – שאלות מסכמות על כל הפרקים</w:t>
      </w:r>
    </w:p>
    <w:p>
      <w:pPr>
        <w:bidi/>
        <w:spacing w:after="40"/>
        <w:jc w:val="right"/>
      </w:pPr>
      <w:r>
        <w:rPr>
          <w:rFonts w:ascii="Arial" w:hAnsi="Arial" w:cs="Arial" w:eastAsia="Arial"/>
          <w:lang w:val="he-IL" w:bidi="he-IL"/>
          <w:sz w:val="22"/>
          <w:rtl/>
          <w:szCs w:val="22"/>
        </w:rPr>
        <w:t>1. א – המשפט שמביע את העמדה המרכזית של הכותב</w:t>
      </w:r>
    </w:p>
    <w:p>
      <w:pPr>
        <w:bidi/>
        <w:spacing w:after="40"/>
        <w:jc w:val="right"/>
      </w:pPr>
      <w:r>
        <w:rPr>
          <w:rFonts w:ascii="Arial" w:hAnsi="Arial" w:cs="Arial" w:eastAsia="Arial"/>
          <w:lang w:val="he-IL" w:bidi="he-IL"/>
          <w:sz w:val="22"/>
          <w:rtl/>
          <w:szCs w:val="22"/>
        </w:rPr>
        <w:t>2. א – עובדה אפשר לבדוק ולהוכיח, דעה היא עמדה אישית</w:t>
      </w:r>
    </w:p>
    <w:p>
      <w:pPr>
        <w:bidi/>
        <w:spacing w:after="40"/>
        <w:jc w:val="right"/>
      </w:pPr>
      <w:r>
        <w:rPr>
          <w:rFonts w:ascii="Arial" w:hAnsi="Arial" w:cs="Arial" w:eastAsia="Arial"/>
          <w:lang w:val="he-IL" w:bidi="he-IL"/>
          <w:sz w:val="22"/>
          <w:rtl/>
          <w:szCs w:val="22"/>
        </w:rPr>
        <w:t>3. א – לעומת זאת</w:t>
      </w:r>
    </w:p>
    <w:p>
      <w:pPr>
        <w:bidi/>
        <w:spacing w:after="40"/>
        <w:jc w:val="right"/>
      </w:pPr>
      <w:r>
        <w:rPr>
          <w:rFonts w:ascii="Arial" w:hAnsi="Arial" w:cs="Arial" w:eastAsia="Arial"/>
          <w:lang w:val="he-IL" w:bidi="he-IL"/>
          <w:sz w:val="22"/>
          <w:rtl/>
          <w:szCs w:val="22"/>
        </w:rPr>
        <w:t>4. א – לחזק את הנימוק בדוגמה או נתון</w:t>
      </w:r>
    </w:p>
    <w:p>
      <w:pPr>
        <w:bidi/>
        <w:spacing w:after="40"/>
        <w:jc w:val="right"/>
      </w:pPr>
      <w:r>
        <w:rPr>
          <w:rFonts w:ascii="Arial" w:hAnsi="Arial" w:cs="Arial" w:eastAsia="Arial"/>
          <w:lang w:val="he-IL" w:bidi="he-IL"/>
          <w:sz w:val="22"/>
          <w:rtl/>
          <w:szCs w:val="22"/>
        </w:rPr>
        <w:t>5. א – טעות בהיגיון שפוגעת בשכנוע הטיעון</w:t>
      </w:r>
    </w:p>
    <w:p>
      <w:pPr>
        <w:bidi/>
        <w:spacing w:after="40"/>
        <w:jc w:val="right"/>
      </w:pPr>
      <w:r>
        <w:rPr>
          <w:rFonts w:ascii="Arial" w:hAnsi="Arial" w:cs="Arial" w:eastAsia="Arial"/>
          <w:lang w:val="he-IL" w:bidi="he-IL"/>
          <w:sz w:val="22"/>
          <w:rtl/>
          <w:szCs w:val="22"/>
        </w:rPr>
        <w:t>6. א – טענה, נימוק, ראיה, מסקנה</w:t>
      </w:r>
    </w:p>
    <w:p>
      <w:pPr>
        <w:bidi/>
        <w:spacing w:after="40"/>
        <w:jc w:val="right"/>
      </w:pPr>
      <w:r>
        <w:rPr>
          <w:rFonts w:ascii="Arial" w:hAnsi="Arial" w:cs="Arial" w:eastAsia="Arial"/>
          <w:lang w:val="he-IL" w:bidi="he-IL"/>
          <w:sz w:val="22"/>
          <w:rtl/>
          <w:szCs w:val="22"/>
        </w:rPr>
        <w:t>7. א – להעריך את הטיעונים של שני הצדדים לפי מחוון</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התלמיד מבחין נכון בין משפטי עובדה למשפטי דעה בדוגמאות מהחוברת</w:t>
      </w:r>
    </w:p>
    <w:p>
      <w:pPr>
        <w:bidi/>
        <w:spacing w:after="80"/>
        <w:jc w:val="right"/>
      </w:pPr>
      <w:r>
        <w:rPr>
          <w:rFonts w:ascii="Arial" w:hAnsi="Arial" w:cs="Arial" w:eastAsia="Arial"/>
          <w:lang w:val="he-IL" w:bidi="he-IL"/>
          <w:sz w:val="22"/>
          <w:rtl/>
          <w:szCs w:val="22"/>
        </w:rPr>
        <w:t>• הפסקה הכתובה כוללת טענה ברורה, נימוק מתאים וראיה תומכת בסדר הגיוני</w:t>
      </w:r>
    </w:p>
    <w:p>
      <w:pPr>
        <w:bidi/>
        <w:spacing w:after="80"/>
        <w:jc w:val="right"/>
      </w:pPr>
      <w:r>
        <w:rPr>
          <w:rFonts w:ascii="Arial" w:hAnsi="Arial" w:cs="Arial" w:eastAsia="Arial"/>
          <w:lang w:val="he-IL" w:bidi="he-IL"/>
          <w:sz w:val="22"/>
          <w:rtl/>
          <w:szCs w:val="22"/>
        </w:rPr>
        <w:t>• התלמיד מצביע על כשל טיעון קונקרטי (לדוגמה הכללה מופרזת) ומסביר בקצרה מדוע הוא פוגם בטיעון</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לפרוס את החוברת על פני 4-5 שיעורים, כאשר כל פרק מהווה שיעור אחד ומסתיים בבדיקה עצמית קצרה</w:t>
      </w:r>
    </w:p>
    <w:p>
      <w:pPr>
        <w:bidi/>
        <w:spacing w:after="80"/>
        <w:jc w:val="right"/>
      </w:pPr>
      <w:r>
        <w:rPr>
          <w:rFonts w:ascii="Arial" w:hAnsi="Arial" w:cs="Arial" w:eastAsia="Arial"/>
          <w:lang w:val="he-IL" w:bidi="he-IL"/>
          <w:sz w:val="22"/>
          <w:rtl/>
          <w:szCs w:val="22"/>
        </w:rPr>
        <w:t>• לתלמידים המתקשים כדאי להתחיל משלב 1 (ירוק) בלבד ולהתמקד בזיהוי חלקי הטיעון לפני מעבר ליחסים לוגיים</w:t>
      </w:r>
    </w:p>
    <w:p>
      <w:pPr>
        <w:bidi/>
        <w:spacing w:after="80"/>
        <w:jc w:val="right"/>
      </w:pPr>
      <w:r>
        <w:rPr>
          <w:rFonts w:ascii="Arial" w:hAnsi="Arial" w:cs="Arial" w:eastAsia="Arial"/>
          <w:lang w:val="he-IL" w:bidi="he-IL"/>
          <w:sz w:val="22"/>
          <w:rtl/>
          <w:szCs w:val="22"/>
        </w:rPr>
        <w:t>• לתלמידים מתקדמים אפשר להציע את שלב 3 (אדום) וכשלי טיעון כאתגר נוסף, ולשלב כתיבת טיעון נגד עמדה שהוצגה בכיתה</w:t>
      </w:r>
    </w:p>
    <w:p>
      <w:pPr>
        <w:bidi/>
        <w:spacing w:after="80"/>
        <w:jc w:val="right"/>
      </w:pPr>
      <w:r>
        <w:rPr>
          <w:rFonts w:ascii="Arial" w:hAnsi="Arial" w:cs="Arial" w:eastAsia="Arial"/>
          <w:lang w:val="he-IL" w:bidi="he-IL"/>
          <w:sz w:val="22"/>
          <w:rtl/>
          <w:szCs w:val="22"/>
        </w:rPr>
        <w:t>• מומלץ לשלב את הפעילות הכיתתית 'קו הדעות' לאחר פרק 3, כתרגול בעל פה לפני כתיבת הטיעון השלם בפרק 5</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כתיבה טיעונית – חוברת עבודה לחט״ב</w:t>
            </w:r>
          </w:p>
          <w:p>
            <w:pPr>
              <w:bidi/>
              <w:jc w:val="right"/>
            </w:pPr>
            <w:r>
              <w:rPr>
                <w:rFonts w:ascii="Arial" w:hAnsi="Arial" w:cs="Arial" w:eastAsia="Arial"/>
                <w:lang w:val="he-IL" w:bidi="he-IL"/>
                <w:b/>
                <w:color w:val="3C1361"/>
                <w:sz w:val="32"/>
                <w:rtl/>
                <w:szCs w:val="32"/>
                <w:bCs/>
              </w:rPr>
              <w:t>חוברת תרגול – כתיבה טיעונית</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זו תתרגלו שלב אחר שלב את מרכיבי הכתיבה הטיעונית, מהבסיס ועד לכתיבת טיעון שלם. אפשר לעבוד לפי סדר הפרקים או לחזור לפרק מסוים לפי הצורך, ורצוי לבדוק את התשובות מול מפתח התשובות בסוף כל פרק.</w:t>
      </w:r>
    </w:p>
    <w:p>
      <w:pPr>
        <w:bidi/>
        <w:pStyle w:val="Heading2"/>
        <w:spacing w:after="80"/>
        <w:jc w:val="right"/>
      </w:pPr>
      <w:r>
        <w:rPr>
          <w:rFonts w:ascii="Arial" w:hAnsi="Arial" w:cs="Arial" w:eastAsia="Arial"/>
          <w:lang w:val="he-IL" w:bidi="he-IL"/>
          <w:b/>
          <w:color w:val="E53E3E"/>
          <w:sz w:val="28"/>
          <w:rtl/>
          <w:szCs w:val="28"/>
          <w:bCs/>
        </w:rPr>
        <w:t>1  חלק א׳ – פרק 1 · חלקי הטיעון ועובדה מול דעה – זיהוי בסיסי</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"השמש זורחת במזרח" הוא משפט עובדה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"פיצה היא המאכל הכי טעים בעולם" הוא משפט עובדה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מילות קישור עוזרות לחבר בין חלקי הטיעון השונים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טיעון מלא בנוי רק מטענה ומסקנה, בלי צורך בנימוק או ראיה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חלקי הטיעון ועובדה מול דעה – תרגול ויישום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משפט שאפשר לבדוק אם הוא נכון או לא נכון נקרא __________</w:t>
      </w:r>
    </w:p>
    <w:p>
      <w:pPr>
        <w:bidi/>
        <w:spacing w:after="80"/>
        <w:jc w:val="right"/>
      </w:pPr>
      <w:r>
        <w:rPr>
          <w:rFonts w:ascii="Arial" w:hAnsi="Arial" w:cs="Arial" w:eastAsia="Arial"/>
          <w:lang w:val="he-IL" w:bidi="he-IL"/>
          <w:sz w:val="24"/>
          <w:rtl/>
          <w:szCs w:val="24"/>
        </w:rPr>
        <w:t>2. משפט שמבטא עמדה, רגש או דעה אישית נקרא __________</w:t>
      </w:r>
    </w:p>
    <w:p>
      <w:pPr>
        <w:bidi/>
        <w:spacing w:after="80"/>
        <w:jc w:val="right"/>
      </w:pPr>
      <w:r>
        <w:rPr>
          <w:rFonts w:ascii="Arial" w:hAnsi="Arial" w:cs="Arial" w:eastAsia="Arial"/>
          <w:lang w:val="he-IL" w:bidi="he-IL"/>
          <w:sz w:val="24"/>
          <w:rtl/>
          <w:szCs w:val="24"/>
        </w:rPr>
        <w:t>3. החלק בטיעון שמציג את העמדה המרכזית של הכותב נקרא __________</w:t>
      </w:r>
    </w:p>
    <w:p>
      <w:pPr>
        <w:bidi/>
        <w:spacing w:after="80"/>
        <w:jc w:val="right"/>
      </w:pPr>
      <w:r>
        <w:rPr>
          <w:rFonts w:ascii="Arial" w:hAnsi="Arial" w:cs="Arial" w:eastAsia="Arial"/>
          <w:lang w:val="he-IL" w:bidi="he-IL"/>
          <w:sz w:val="24"/>
          <w:rtl/>
          <w:szCs w:val="24"/>
        </w:rPr>
        <w:t>4. מילת קישור המביעה סיבה, כמו במשפט "הלכתי הביתה __________ היה קר"</w:t>
      </w:r>
    </w:p>
    <w:p>
      <w:pPr>
        <w:bidi/>
        <w:spacing w:after="80"/>
        <w:jc w:val="right"/>
      </w:pPr>
      <w:r>
        <w:rPr>
          <w:rFonts w:ascii="Arial" w:hAnsi="Arial" w:cs="Arial" w:eastAsia="Arial"/>
          <w:lang w:val="he-IL" w:bidi="he-IL"/>
          <w:sz w:val="24"/>
          <w:rtl/>
          <w:szCs w:val="24"/>
        </w:rPr>
        <w:t>5. מילת הקישור "לכן" מבטאת לרוב יחס של __________ בין משפטים</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חלקי הטיעון ועובדה מול דעה – חשיבה וכתיבה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טענה אחת בנושא קרוב לכם, ונימוק אחד שתומך בה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על אותו נושא משפט עובדה אחד ומשפט דעה אחד, בנפרד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בחרו טענה וכתבו סביבה את חמשת חלקי הטיעון: טענה, נימוק, ראיה או דוגמה, מילת קישור, מסקנה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הסבירו במשפט אחד מדוע חשוב להבחין בין עובדה לדעה כשכותבים טיעון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מילות קישור ויחסים לוגיים – זיהוי בסיסי</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מילת הקישור "לכן" מבטאת יחס של...</w:t>
      </w:r>
    </w:p>
    <w:p>
      <w:pPr>
        <w:bidi/>
        <w:spacing w:after="20"/>
        <w:jc w:val="right"/>
      </w:pPr>
      <w:r>
        <w:rPr>
          <w:rFonts w:ascii="Arial" w:hAnsi="Arial" w:cs="Arial" w:eastAsia="Arial"/>
          <w:lang w:val="he-IL" w:bidi="he-IL"/>
          <w:sz w:val="24"/>
          <w:rtl/>
          <w:szCs w:val="24"/>
        </w:rPr>
        <w:t xml:space="preserve">      ☐ א. סיבה-תוצאה</w:t>
      </w:r>
    </w:p>
    <w:p>
      <w:pPr>
        <w:bidi/>
        <w:spacing w:after="20"/>
        <w:jc w:val="right"/>
      </w:pPr>
      <w:r>
        <w:rPr>
          <w:rFonts w:ascii="Arial" w:hAnsi="Arial" w:cs="Arial" w:eastAsia="Arial"/>
          <w:lang w:val="he-IL" w:bidi="he-IL"/>
          <w:sz w:val="24"/>
          <w:rtl/>
          <w:szCs w:val="24"/>
        </w:rPr>
        <w:t xml:space="preserve">      ☐ ב. ניגוד</w:t>
      </w:r>
    </w:p>
    <w:p>
      <w:pPr>
        <w:bidi/>
        <w:spacing w:after="20"/>
        <w:jc w:val="right"/>
      </w:pPr>
      <w:r>
        <w:rPr>
          <w:rFonts w:ascii="Arial" w:hAnsi="Arial" w:cs="Arial" w:eastAsia="Arial"/>
          <w:lang w:val="he-IL" w:bidi="he-IL"/>
          <w:sz w:val="24"/>
          <w:rtl/>
          <w:szCs w:val="24"/>
        </w:rPr>
        <w:t xml:space="preserve">      ☐ ג. השוואה</w:t>
      </w:r>
    </w:p>
    <w:p>
      <w:pPr>
        <w:bidi/>
        <w:spacing w:after="20"/>
        <w:jc w:val="right"/>
      </w:pPr>
      <w:r>
        <w:rPr>
          <w:rFonts w:ascii="Arial" w:hAnsi="Arial" w:cs="Arial" w:eastAsia="Arial"/>
          <w:lang w:val="he-IL" w:bidi="he-IL"/>
          <w:sz w:val="24"/>
          <w:rtl/>
          <w:szCs w:val="24"/>
        </w:rPr>
        <w:t xml:space="preserve">      ☐ ד. דוגמה</w:t>
      </w:r>
    </w:p>
    <w:p>
      <w:pPr>
        <w:bidi/>
        <w:spacing w:after="20"/>
        <w:jc w:val="right"/>
      </w:pPr>
      <w:r>
        <w:rPr>
          <w:rFonts w:ascii="Arial" w:hAnsi="Arial" w:cs="Arial" w:eastAsia="Arial"/>
          <w:lang w:val="he-IL" w:bidi="he-IL"/>
          <w:b/>
          <w:sz w:val="24"/>
          <w:rtl/>
          <w:szCs w:val="24"/>
          <w:bCs/>
        </w:rPr>
        <w:t>2. מילת הקישור "אולם" מבטאת יחס של...</w:t>
      </w:r>
    </w:p>
    <w:p>
      <w:pPr>
        <w:bidi/>
        <w:spacing w:after="20"/>
        <w:jc w:val="right"/>
      </w:pPr>
      <w:r>
        <w:rPr>
          <w:rFonts w:ascii="Arial" w:hAnsi="Arial" w:cs="Arial" w:eastAsia="Arial"/>
          <w:lang w:val="he-IL" w:bidi="he-IL"/>
          <w:sz w:val="24"/>
          <w:rtl/>
          <w:szCs w:val="24"/>
        </w:rPr>
        <w:t xml:space="preserve">      ☐ א. סיבה-תוצאה</w:t>
      </w:r>
    </w:p>
    <w:p>
      <w:pPr>
        <w:bidi/>
        <w:spacing w:after="20"/>
        <w:jc w:val="right"/>
      </w:pPr>
      <w:r>
        <w:rPr>
          <w:rFonts w:ascii="Arial" w:hAnsi="Arial" w:cs="Arial" w:eastAsia="Arial"/>
          <w:lang w:val="he-IL" w:bidi="he-IL"/>
          <w:sz w:val="24"/>
          <w:rtl/>
          <w:szCs w:val="24"/>
        </w:rPr>
        <w:t xml:space="preserve">      ☐ ב. ניגוד</w:t>
      </w:r>
    </w:p>
    <w:p>
      <w:pPr>
        <w:bidi/>
        <w:spacing w:after="20"/>
        <w:jc w:val="right"/>
      </w:pPr>
      <w:r>
        <w:rPr>
          <w:rFonts w:ascii="Arial" w:hAnsi="Arial" w:cs="Arial" w:eastAsia="Arial"/>
          <w:lang w:val="he-IL" w:bidi="he-IL"/>
          <w:sz w:val="24"/>
          <w:rtl/>
          <w:szCs w:val="24"/>
        </w:rPr>
        <w:t xml:space="preserve">      ☐ ג. תוספת</w:t>
      </w:r>
    </w:p>
    <w:p>
      <w:pPr>
        <w:bidi/>
        <w:spacing w:after="20"/>
        <w:jc w:val="right"/>
      </w:pPr>
      <w:r>
        <w:rPr>
          <w:rFonts w:ascii="Arial" w:hAnsi="Arial" w:cs="Arial" w:eastAsia="Arial"/>
          <w:lang w:val="he-IL" w:bidi="he-IL"/>
          <w:sz w:val="24"/>
          <w:rtl/>
          <w:szCs w:val="24"/>
        </w:rPr>
        <w:t xml:space="preserve">      ☐ ד. השוואה</w:t>
      </w:r>
    </w:p>
    <w:p>
      <w:pPr>
        <w:bidi/>
        <w:spacing w:after="20"/>
        <w:jc w:val="right"/>
      </w:pPr>
      <w:r>
        <w:rPr>
          <w:rFonts w:ascii="Arial" w:hAnsi="Arial" w:cs="Arial" w:eastAsia="Arial"/>
          <w:lang w:val="he-IL" w:bidi="he-IL"/>
          <w:b/>
          <w:sz w:val="24"/>
          <w:rtl/>
          <w:szCs w:val="24"/>
          <w:bCs/>
        </w:rPr>
        <w:t>3. איזו מהמילים הבאות מבטאת יחס של השוואה?</w:t>
      </w:r>
    </w:p>
    <w:p>
      <w:pPr>
        <w:bidi/>
        <w:spacing w:after="20"/>
        <w:jc w:val="right"/>
      </w:pPr>
      <w:r>
        <w:rPr>
          <w:rFonts w:ascii="Arial" w:hAnsi="Arial" w:cs="Arial" w:eastAsia="Arial"/>
          <w:lang w:val="he-IL" w:bidi="he-IL"/>
          <w:sz w:val="24"/>
          <w:rtl/>
          <w:szCs w:val="24"/>
        </w:rPr>
        <w:t xml:space="preserve">      ☐ א. בדומה ל</w:t>
      </w:r>
    </w:p>
    <w:p>
      <w:pPr>
        <w:bidi/>
        <w:spacing w:after="20"/>
        <w:jc w:val="right"/>
      </w:pPr>
      <w:r>
        <w:rPr>
          <w:rFonts w:ascii="Arial" w:hAnsi="Arial" w:cs="Arial" w:eastAsia="Arial"/>
          <w:lang w:val="he-IL" w:bidi="he-IL"/>
          <w:sz w:val="24"/>
          <w:rtl/>
          <w:szCs w:val="24"/>
        </w:rPr>
        <w:t xml:space="preserve">      ☐ ב. לכן</w:t>
      </w:r>
    </w:p>
    <w:p>
      <w:pPr>
        <w:bidi/>
        <w:spacing w:after="20"/>
        <w:jc w:val="right"/>
      </w:pPr>
      <w:r>
        <w:rPr>
          <w:rFonts w:ascii="Arial" w:hAnsi="Arial" w:cs="Arial" w:eastAsia="Arial"/>
          <w:lang w:val="he-IL" w:bidi="he-IL"/>
          <w:sz w:val="24"/>
          <w:rtl/>
          <w:szCs w:val="24"/>
        </w:rPr>
        <w:t xml:space="preserve">      ☐ ג. מאחר ש</w:t>
      </w:r>
    </w:p>
    <w:p>
      <w:pPr>
        <w:bidi/>
        <w:spacing w:after="20"/>
        <w:jc w:val="right"/>
      </w:pPr>
      <w:r>
        <w:rPr>
          <w:rFonts w:ascii="Arial" w:hAnsi="Arial" w:cs="Arial" w:eastAsia="Arial"/>
          <w:lang w:val="he-IL" w:bidi="he-IL"/>
          <w:sz w:val="24"/>
          <w:rtl/>
          <w:szCs w:val="24"/>
        </w:rPr>
        <w:t xml:space="preserve">      ☐ ד. אולם</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מילות קישור ויחסים לוגיים – נכון/לא נכון והשלמה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המילה "מאחר ש" מציינת יחס של ניגוד בין שני רעיונות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המילה "לעומת זאת" משמשת להבעת ניגוד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מילות קישור ויחסים לוגיים – השלמת משפטים והתאמה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הוא לא הכין שיעורים, __________ קיבל ציון נמוך.</w:t>
      </w:r>
    </w:p>
    <w:p>
      <w:pPr>
        <w:bidi/>
        <w:spacing w:after="80"/>
        <w:jc w:val="right"/>
      </w:pPr>
      <w:r>
        <w:rPr>
          <w:rFonts w:ascii="Arial" w:hAnsi="Arial" w:cs="Arial" w:eastAsia="Arial"/>
          <w:lang w:val="he-IL" w:bidi="he-IL"/>
          <w:sz w:val="24"/>
          <w:rtl/>
          <w:szCs w:val="24"/>
        </w:rPr>
        <w:t>2. היא אוהבת ספורט, __________ אחיה מעדיף לקרוא ספרים.</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מילות קישור ויחסים לוגיים – התאמת יחסים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לכן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סיבה</w:t>
            </w:r>
          </w:p>
        </w:tc>
      </w:tr>
      <w:tr>
        <w:tc>
          <w:tcPr>
            <w:tcW w:type="dxa" w:w="3969"/>
          </w:tcPr>
          <w:p>
            <w:pPr>
              <w:bidi/>
              <w:jc w:val="right"/>
            </w:pPr>
            <w:r>
              <w:rPr>
                <w:rFonts w:ascii="Arial" w:hAnsi="Arial" w:cs="Arial" w:eastAsia="Arial"/>
                <w:lang w:val="he-IL" w:bidi="he-IL"/>
                <w:sz w:val="24"/>
                <w:rtl/>
                <w:szCs w:val="24"/>
              </w:rPr>
              <w:t>2. אולם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השוואה</w:t>
            </w:r>
          </w:p>
        </w:tc>
      </w:tr>
      <w:tr>
        <w:tc>
          <w:tcPr>
            <w:tcW w:type="dxa" w:w="3969"/>
          </w:tcPr>
          <w:p>
            <w:pPr>
              <w:bidi/>
              <w:jc w:val="right"/>
            </w:pPr>
            <w:r>
              <w:rPr>
                <w:rFonts w:ascii="Arial" w:hAnsi="Arial" w:cs="Arial" w:eastAsia="Arial"/>
                <w:lang w:val="he-IL" w:bidi="he-IL"/>
                <w:sz w:val="24"/>
                <w:rtl/>
                <w:szCs w:val="24"/>
              </w:rPr>
              <w:t>3. מאחר ש</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סיבה-תוצאה</w:t>
            </w:r>
          </w:p>
        </w:tc>
      </w:tr>
      <w:tr>
        <w:tc>
          <w:tcPr>
            <w:tcW w:type="dxa" w:w="3969"/>
          </w:tcPr>
          <w:p>
            <w:pPr>
              <w:bidi/>
              <w:jc w:val="right"/>
            </w:pPr>
            <w:r>
              <w:rPr>
                <w:rFonts w:ascii="Arial" w:hAnsi="Arial" w:cs="Arial" w:eastAsia="Arial"/>
                <w:lang w:val="he-IL" w:bidi="he-IL"/>
                <w:sz w:val="24"/>
                <w:rtl/>
                <w:szCs w:val="24"/>
              </w:rPr>
              <w:t>4. בדומה 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ניגוד</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בניית פסקה טיעונית: נימוק וראיה – מבנה הפסקה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המרכיב הראשון בפסקה טיעונית לפי מבנה החוברת?</w:t>
      </w:r>
    </w:p>
    <w:p>
      <w:pPr>
        <w:bidi/>
        <w:spacing w:after="20"/>
        <w:jc w:val="right"/>
      </w:pPr>
      <w:r>
        <w:rPr>
          <w:rFonts w:ascii="Arial" w:hAnsi="Arial" w:cs="Arial" w:eastAsia="Arial"/>
          <w:lang w:val="he-IL" w:bidi="he-IL"/>
          <w:sz w:val="24"/>
          <w:rtl/>
          <w:szCs w:val="24"/>
        </w:rPr>
        <w:t xml:space="preserve">      ☐ א. ראיה</w:t>
      </w:r>
    </w:p>
    <w:p>
      <w:pPr>
        <w:bidi/>
        <w:spacing w:after="20"/>
        <w:jc w:val="right"/>
      </w:pPr>
      <w:r>
        <w:rPr>
          <w:rFonts w:ascii="Arial" w:hAnsi="Arial" w:cs="Arial" w:eastAsia="Arial"/>
          <w:lang w:val="he-IL" w:bidi="he-IL"/>
          <w:sz w:val="24"/>
          <w:rtl/>
          <w:szCs w:val="24"/>
        </w:rPr>
        <w:t xml:space="preserve">      ☐ ב. טענה</w:t>
      </w:r>
    </w:p>
    <w:p>
      <w:pPr>
        <w:bidi/>
        <w:spacing w:after="20"/>
        <w:jc w:val="right"/>
      </w:pPr>
      <w:r>
        <w:rPr>
          <w:rFonts w:ascii="Arial" w:hAnsi="Arial" w:cs="Arial" w:eastAsia="Arial"/>
          <w:lang w:val="he-IL" w:bidi="he-IL"/>
          <w:sz w:val="24"/>
          <w:rtl/>
          <w:szCs w:val="24"/>
        </w:rPr>
        <w:t xml:space="preserve">      ☐ ג. סיכום</w:t>
      </w:r>
    </w:p>
    <w:p>
      <w:pPr>
        <w:bidi/>
        <w:spacing w:after="20"/>
        <w:jc w:val="right"/>
      </w:pPr>
      <w:r>
        <w:rPr>
          <w:rFonts w:ascii="Arial" w:hAnsi="Arial" w:cs="Arial" w:eastAsia="Arial"/>
          <w:lang w:val="he-IL" w:bidi="he-IL"/>
          <w:sz w:val="24"/>
          <w:rtl/>
          <w:szCs w:val="24"/>
        </w:rPr>
        <w:t xml:space="preserve">      ☐ ד. נימוק</w:t>
      </w:r>
    </w:p>
    <w:p>
      <w:pPr>
        <w:bidi/>
        <w:spacing w:after="20"/>
        <w:jc w:val="right"/>
      </w:pPr>
      <w:r>
        <w:rPr>
          <w:rFonts w:ascii="Arial" w:hAnsi="Arial" w:cs="Arial" w:eastAsia="Arial"/>
          <w:lang w:val="he-IL" w:bidi="he-IL"/>
          <w:b/>
          <w:sz w:val="24"/>
          <w:rtl/>
          <w:szCs w:val="24"/>
          <w:bCs/>
        </w:rPr>
        <w:t>2. מה תפקיד הנימוק בפסקה טיעונית?</w:t>
      </w:r>
    </w:p>
    <w:p>
      <w:pPr>
        <w:bidi/>
        <w:spacing w:after="20"/>
        <w:jc w:val="right"/>
      </w:pPr>
      <w:r>
        <w:rPr>
          <w:rFonts w:ascii="Arial" w:hAnsi="Arial" w:cs="Arial" w:eastAsia="Arial"/>
          <w:lang w:val="he-IL" w:bidi="he-IL"/>
          <w:sz w:val="24"/>
          <w:rtl/>
          <w:szCs w:val="24"/>
        </w:rPr>
        <w:t xml:space="preserve">      ☐ א. להציג דוגמה מספרית</w:t>
      </w:r>
    </w:p>
    <w:p>
      <w:pPr>
        <w:bidi/>
        <w:spacing w:after="20"/>
        <w:jc w:val="right"/>
      </w:pPr>
      <w:r>
        <w:rPr>
          <w:rFonts w:ascii="Arial" w:hAnsi="Arial" w:cs="Arial" w:eastAsia="Arial"/>
          <w:lang w:val="he-IL" w:bidi="he-IL"/>
          <w:sz w:val="24"/>
          <w:rtl/>
          <w:szCs w:val="24"/>
        </w:rPr>
        <w:t xml:space="preserve">      ☐ ב. להסביר למה הטענה נכונה</w:t>
      </w:r>
    </w:p>
    <w:p>
      <w:pPr>
        <w:bidi/>
        <w:spacing w:after="20"/>
        <w:jc w:val="right"/>
      </w:pPr>
      <w:r>
        <w:rPr>
          <w:rFonts w:ascii="Arial" w:hAnsi="Arial" w:cs="Arial" w:eastAsia="Arial"/>
          <w:lang w:val="he-IL" w:bidi="he-IL"/>
          <w:sz w:val="24"/>
          <w:rtl/>
          <w:szCs w:val="24"/>
        </w:rPr>
        <w:t xml:space="preserve">      ☐ ג. לסכם את הפסקה</w:t>
      </w:r>
    </w:p>
    <w:p>
      <w:pPr>
        <w:bidi/>
        <w:spacing w:after="20"/>
        <w:jc w:val="right"/>
      </w:pPr>
      <w:r>
        <w:rPr>
          <w:rFonts w:ascii="Arial" w:hAnsi="Arial" w:cs="Arial" w:eastAsia="Arial"/>
          <w:lang w:val="he-IL" w:bidi="he-IL"/>
          <w:sz w:val="24"/>
          <w:rtl/>
          <w:szCs w:val="24"/>
        </w:rPr>
        <w:t xml:space="preserve">      ☐ ד. להציג דעה נגדית</w:t>
      </w:r>
    </w:p>
    <w:p>
      <w:pPr>
        <w:bidi/>
        <w:spacing w:after="20"/>
        <w:jc w:val="right"/>
      </w:pPr>
      <w:r>
        <w:rPr>
          <w:rFonts w:ascii="Arial" w:hAnsi="Arial" w:cs="Arial" w:eastAsia="Arial"/>
          <w:lang w:val="he-IL" w:bidi="he-IL"/>
          <w:b/>
          <w:sz w:val="24"/>
          <w:rtl/>
          <w:szCs w:val="24"/>
          <w:bCs/>
        </w:rPr>
        <w:t>3. מה תפקיד הראיה בפסקה?</w:t>
      </w:r>
    </w:p>
    <w:p>
      <w:pPr>
        <w:bidi/>
        <w:spacing w:after="20"/>
        <w:jc w:val="right"/>
      </w:pPr>
      <w:r>
        <w:rPr>
          <w:rFonts w:ascii="Arial" w:hAnsi="Arial" w:cs="Arial" w:eastAsia="Arial"/>
          <w:lang w:val="he-IL" w:bidi="he-IL"/>
          <w:sz w:val="24"/>
          <w:rtl/>
          <w:szCs w:val="24"/>
        </w:rPr>
        <w:t xml:space="preserve">      ☐ א. לחזק את הנימוק בדוגמה או עובדה</w:t>
      </w:r>
    </w:p>
    <w:p>
      <w:pPr>
        <w:bidi/>
        <w:spacing w:after="20"/>
        <w:jc w:val="right"/>
      </w:pPr>
      <w:r>
        <w:rPr>
          <w:rFonts w:ascii="Arial" w:hAnsi="Arial" w:cs="Arial" w:eastAsia="Arial"/>
          <w:lang w:val="he-IL" w:bidi="he-IL"/>
          <w:sz w:val="24"/>
          <w:rtl/>
          <w:szCs w:val="24"/>
        </w:rPr>
        <w:t xml:space="preserve">      ☐ ב. לפתוח את הפסקה</w:t>
      </w:r>
    </w:p>
    <w:p>
      <w:pPr>
        <w:bidi/>
        <w:spacing w:after="20"/>
        <w:jc w:val="right"/>
      </w:pPr>
      <w:r>
        <w:rPr>
          <w:rFonts w:ascii="Arial" w:hAnsi="Arial" w:cs="Arial" w:eastAsia="Arial"/>
          <w:lang w:val="he-IL" w:bidi="he-IL"/>
          <w:sz w:val="24"/>
          <w:rtl/>
          <w:szCs w:val="24"/>
        </w:rPr>
        <w:t xml:space="preserve">      ☐ ג. להציג את הטענה המרכזית</w:t>
      </w:r>
    </w:p>
    <w:p>
      <w:pPr>
        <w:bidi/>
        <w:spacing w:after="20"/>
        <w:jc w:val="right"/>
      </w:pPr>
      <w:r>
        <w:rPr>
          <w:rFonts w:ascii="Arial" w:hAnsi="Arial" w:cs="Arial" w:eastAsia="Arial"/>
          <w:lang w:val="he-IL" w:bidi="he-IL"/>
          <w:sz w:val="24"/>
          <w:rtl/>
          <w:szCs w:val="24"/>
        </w:rPr>
        <w:t xml:space="preserve">      ☐ ד. לסתור את הטענה</w:t>
      </w:r>
    </w:p>
    <w:p>
      <w:pPr>
        <w:bidi/>
        <w:spacing w:after="20"/>
        <w:jc w:val="right"/>
      </w:pPr>
      <w:r>
        <w:rPr>
          <w:rFonts w:ascii="Arial" w:hAnsi="Arial" w:cs="Arial" w:eastAsia="Arial"/>
          <w:lang w:val="he-IL" w:bidi="he-IL"/>
          <w:b/>
          <w:sz w:val="24"/>
          <w:rtl/>
          <w:szCs w:val="24"/>
          <w:bCs/>
        </w:rPr>
        <w:t>4. מה תפקיד הסיכום בפסקה טיעונית?</w:t>
      </w:r>
    </w:p>
    <w:p>
      <w:pPr>
        <w:bidi/>
        <w:spacing w:after="20"/>
        <w:jc w:val="right"/>
      </w:pPr>
      <w:r>
        <w:rPr>
          <w:rFonts w:ascii="Arial" w:hAnsi="Arial" w:cs="Arial" w:eastAsia="Arial"/>
          <w:lang w:val="he-IL" w:bidi="he-IL"/>
          <w:sz w:val="24"/>
          <w:rtl/>
          <w:szCs w:val="24"/>
        </w:rPr>
        <w:t xml:space="preserve">      ☐ א. להציג טענה חדשה</w:t>
      </w:r>
    </w:p>
    <w:p>
      <w:pPr>
        <w:bidi/>
        <w:spacing w:after="20"/>
        <w:jc w:val="right"/>
      </w:pPr>
      <w:r>
        <w:rPr>
          <w:rFonts w:ascii="Arial" w:hAnsi="Arial" w:cs="Arial" w:eastAsia="Arial"/>
          <w:lang w:val="he-IL" w:bidi="he-IL"/>
          <w:sz w:val="24"/>
          <w:rtl/>
          <w:szCs w:val="24"/>
        </w:rPr>
        <w:t xml:space="preserve">      ☐ ב. לחזור לטענה ולחזק אותה</w:t>
      </w:r>
    </w:p>
    <w:p>
      <w:pPr>
        <w:bidi/>
        <w:spacing w:after="20"/>
        <w:jc w:val="right"/>
      </w:pPr>
      <w:r>
        <w:rPr>
          <w:rFonts w:ascii="Arial" w:hAnsi="Arial" w:cs="Arial" w:eastAsia="Arial"/>
          <w:lang w:val="he-IL" w:bidi="he-IL"/>
          <w:sz w:val="24"/>
          <w:rtl/>
          <w:szCs w:val="24"/>
        </w:rPr>
        <w:t xml:space="preserve">      ☐ ג. להביא ראיה נוספת</w:t>
      </w:r>
    </w:p>
    <w:p>
      <w:pPr>
        <w:bidi/>
        <w:spacing w:after="20"/>
        <w:jc w:val="right"/>
      </w:pPr>
      <w:r>
        <w:rPr>
          <w:rFonts w:ascii="Arial" w:hAnsi="Arial" w:cs="Arial" w:eastAsia="Arial"/>
          <w:lang w:val="he-IL" w:bidi="he-IL"/>
          <w:sz w:val="24"/>
          <w:rtl/>
          <w:szCs w:val="24"/>
        </w:rPr>
        <w:t xml:space="preserve">      ☐ ד. לשאול שאלה פתוחה</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בניית פסקה טיעונית: נימוק וראיה – זיהוי והתאמה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נימוק יכול להיות משפט שמביע דעה בלבד בלי הסבר כלל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ראיה היא דוגמה, נתון או עובדה שתומכים בנימוק</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אפשר לכתוב פסקה טיעונית טובה בלי טענה בכלל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בניית פסקה טיעונית: נימוק וראיה – השלמה והתאמה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טענה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חזרה לטענה בסוף הפסקה</w:t>
            </w:r>
          </w:p>
        </w:tc>
      </w:tr>
      <w:tr>
        <w:tc>
          <w:tcPr>
            <w:tcW w:type="dxa" w:w="3969"/>
          </w:tcPr>
          <w:p>
            <w:pPr>
              <w:bidi/>
              <w:jc w:val="right"/>
            </w:pPr>
            <w:r>
              <w:rPr>
                <w:rFonts w:ascii="Arial" w:hAnsi="Arial" w:cs="Arial" w:eastAsia="Arial"/>
                <w:lang w:val="he-IL" w:bidi="he-IL"/>
                <w:sz w:val="24"/>
                <w:rtl/>
                <w:szCs w:val="24"/>
              </w:rPr>
              <w:t>2. נימוק</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דוגמה או עובדה שתומכת בנימוק</w:t>
            </w:r>
          </w:p>
        </w:tc>
      </w:tr>
      <w:tr>
        <w:tc>
          <w:tcPr>
            <w:tcW w:type="dxa" w:w="3969"/>
          </w:tcPr>
          <w:p>
            <w:pPr>
              <w:bidi/>
              <w:jc w:val="right"/>
            </w:pPr>
            <w:r>
              <w:rPr>
                <w:rFonts w:ascii="Arial" w:hAnsi="Arial" w:cs="Arial" w:eastAsia="Arial"/>
                <w:lang w:val="he-IL" w:bidi="he-IL"/>
                <w:sz w:val="24"/>
                <w:rtl/>
                <w:szCs w:val="24"/>
              </w:rPr>
              <w:t>3. ראיה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ההסבר למה הטענה נכונה</w:t>
            </w:r>
          </w:p>
        </w:tc>
      </w:tr>
      <w:tr>
        <w:tc>
          <w:tcPr>
            <w:tcW w:type="dxa" w:w="3969"/>
          </w:tcPr>
          <w:p>
            <w:pPr>
              <w:bidi/>
              <w:jc w:val="right"/>
            </w:pPr>
            <w:r>
              <w:rPr>
                <w:rFonts w:ascii="Arial" w:hAnsi="Arial" w:cs="Arial" w:eastAsia="Arial"/>
                <w:lang w:val="he-IL" w:bidi="he-IL"/>
                <w:sz w:val="24"/>
                <w:rtl/>
                <w:szCs w:val="24"/>
              </w:rPr>
              <w:t>4. סיכום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המשפט המרכזי שמביע עמדה</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בניית פסקה טיעונית: נימוק וראיה – השלמת משפטים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אחרי הטענה כותבים __________ שמסביר מדוע הטענה נכונה</w:t>
      </w:r>
    </w:p>
    <w:p>
      <w:pPr>
        <w:bidi/>
        <w:spacing w:after="80"/>
        <w:jc w:val="right"/>
      </w:pPr>
      <w:r>
        <w:rPr>
          <w:rFonts w:ascii="Arial" w:hAnsi="Arial" w:cs="Arial" w:eastAsia="Arial"/>
          <w:lang w:val="he-IL" w:bidi="he-IL"/>
          <w:sz w:val="24"/>
          <w:rtl/>
          <w:szCs w:val="24"/>
        </w:rPr>
        <w:t>2. כדי לחזק את הנימוק מביאים __________ כמו דוגמה או נתון</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כשלי טיעון – מה זה כשל טיעון</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כשל טיעון הוא בעיקר...</w:t>
      </w:r>
    </w:p>
    <w:p>
      <w:pPr>
        <w:bidi/>
        <w:spacing w:after="20"/>
        <w:jc w:val="right"/>
      </w:pPr>
      <w:r>
        <w:rPr>
          <w:rFonts w:ascii="Arial" w:hAnsi="Arial" w:cs="Arial" w:eastAsia="Arial"/>
          <w:lang w:val="he-IL" w:bidi="he-IL"/>
          <w:sz w:val="24"/>
          <w:rtl/>
          <w:szCs w:val="24"/>
        </w:rPr>
        <w:t xml:space="preserve">      ☐ א. דרך הנמקה פגומה שגורמת לטיעון להיראות משכנע בלי שהוא באמת תקף</w:t>
      </w:r>
    </w:p>
    <w:p>
      <w:pPr>
        <w:bidi/>
        <w:spacing w:after="20"/>
        <w:jc w:val="right"/>
      </w:pPr>
      <w:r>
        <w:rPr>
          <w:rFonts w:ascii="Arial" w:hAnsi="Arial" w:cs="Arial" w:eastAsia="Arial"/>
          <w:lang w:val="he-IL" w:bidi="he-IL"/>
          <w:sz w:val="24"/>
          <w:rtl/>
          <w:szCs w:val="24"/>
        </w:rPr>
        <w:t xml:space="preserve">      ☐ ב. טענה שאף אחד לא מסכים איתה</w:t>
      </w:r>
    </w:p>
    <w:p>
      <w:pPr>
        <w:bidi/>
        <w:spacing w:after="20"/>
        <w:jc w:val="right"/>
      </w:pPr>
      <w:r>
        <w:rPr>
          <w:rFonts w:ascii="Arial" w:hAnsi="Arial" w:cs="Arial" w:eastAsia="Arial"/>
          <w:lang w:val="he-IL" w:bidi="he-IL"/>
          <w:sz w:val="24"/>
          <w:rtl/>
          <w:szCs w:val="24"/>
        </w:rPr>
        <w:t xml:space="preserve">      ☐ ג. עובדה שאינה נכונה</w:t>
      </w:r>
    </w:p>
    <w:p>
      <w:pPr>
        <w:bidi/>
        <w:spacing w:after="20"/>
        <w:jc w:val="right"/>
      </w:pPr>
      <w:r>
        <w:rPr>
          <w:rFonts w:ascii="Arial" w:hAnsi="Arial" w:cs="Arial" w:eastAsia="Arial"/>
          <w:lang w:val="he-IL" w:bidi="he-IL"/>
          <w:sz w:val="24"/>
          <w:rtl/>
          <w:szCs w:val="24"/>
        </w:rPr>
        <w:t xml:space="preserve">      ☐ ד. דעה אישית שאסור להביע</w:t>
      </w:r>
    </w:p>
    <w:p>
      <w:pPr>
        <w:bidi/>
        <w:spacing w:after="20"/>
        <w:jc w:val="right"/>
      </w:pPr>
      <w:r>
        <w:rPr>
          <w:rFonts w:ascii="Arial" w:hAnsi="Arial" w:cs="Arial" w:eastAsia="Arial"/>
          <w:lang w:val="he-IL" w:bidi="he-IL"/>
          <w:b/>
          <w:sz w:val="24"/>
          <w:rtl/>
          <w:szCs w:val="24"/>
          <w:bCs/>
        </w:rPr>
        <w:t>2. איזו תגובה מדגימה כשל של תקיפת האדם (אד הומינם) במקום התייחסות לטענה?</w:t>
      </w:r>
    </w:p>
    <w:p>
      <w:pPr>
        <w:bidi/>
        <w:spacing w:after="20"/>
        <w:jc w:val="right"/>
      </w:pPr>
      <w:r>
        <w:rPr>
          <w:rFonts w:ascii="Arial" w:hAnsi="Arial" w:cs="Arial" w:eastAsia="Arial"/>
          <w:lang w:val="he-IL" w:bidi="he-IL"/>
          <w:sz w:val="24"/>
          <w:rtl/>
          <w:szCs w:val="24"/>
        </w:rPr>
        <w:t xml:space="preserve">      ☐ א. 'אתה בכלל לא טוב בלימודים, אז מה שאתה אומר לא נכון'</w:t>
      </w:r>
    </w:p>
    <w:p>
      <w:pPr>
        <w:bidi/>
        <w:spacing w:after="20"/>
        <w:jc w:val="right"/>
      </w:pPr>
      <w:r>
        <w:rPr>
          <w:rFonts w:ascii="Arial" w:hAnsi="Arial" w:cs="Arial" w:eastAsia="Arial"/>
          <w:lang w:val="he-IL" w:bidi="he-IL"/>
          <w:sz w:val="24"/>
          <w:rtl/>
          <w:szCs w:val="24"/>
        </w:rPr>
        <w:t xml:space="preserve">      ☐ ב. 'אני לא מסכים כי אין מספיק ראיות'</w:t>
      </w:r>
    </w:p>
    <w:p>
      <w:pPr>
        <w:bidi/>
        <w:spacing w:after="20"/>
        <w:jc w:val="right"/>
      </w:pPr>
      <w:r>
        <w:rPr>
          <w:rFonts w:ascii="Arial" w:hAnsi="Arial" w:cs="Arial" w:eastAsia="Arial"/>
          <w:lang w:val="he-IL" w:bidi="he-IL"/>
          <w:sz w:val="24"/>
          <w:rtl/>
          <w:szCs w:val="24"/>
        </w:rPr>
        <w:t xml:space="preserve">      ☐ ג. 'הטענה שלך סותרת נתונים ידועים'</w:t>
      </w:r>
    </w:p>
    <w:p>
      <w:pPr>
        <w:bidi/>
        <w:spacing w:after="20"/>
        <w:jc w:val="right"/>
      </w:pPr>
      <w:r>
        <w:rPr>
          <w:rFonts w:ascii="Arial" w:hAnsi="Arial" w:cs="Arial" w:eastAsia="Arial"/>
          <w:lang w:val="he-IL" w:bidi="he-IL"/>
          <w:sz w:val="24"/>
          <w:rtl/>
          <w:szCs w:val="24"/>
        </w:rPr>
        <w:t xml:space="preserve">      ☐ ד. 'אפשר לבדוק את זה בעזרת מקור נוסף'</w:t>
      </w:r>
    </w:p>
    <w:p>
      <w:pPr>
        <w:bidi/>
        <w:spacing w:after="20"/>
        <w:jc w:val="right"/>
      </w:pPr>
      <w:r>
        <w:rPr>
          <w:rFonts w:ascii="Arial" w:hAnsi="Arial" w:cs="Arial" w:eastAsia="Arial"/>
          <w:lang w:val="he-IL" w:bidi="he-IL"/>
          <w:b/>
          <w:sz w:val="24"/>
          <w:rtl/>
          <w:szCs w:val="24"/>
          <w:bCs/>
        </w:rPr>
        <w:t>3. 'ראיתי כלב אחד שנשך, אז כל הכלבים מסוכנים' - זאת דוגמה לאיזה כשל?</w:t>
      </w:r>
    </w:p>
    <w:p>
      <w:pPr>
        <w:bidi/>
        <w:spacing w:after="20"/>
        <w:jc w:val="right"/>
      </w:pPr>
      <w:r>
        <w:rPr>
          <w:rFonts w:ascii="Arial" w:hAnsi="Arial" w:cs="Arial" w:eastAsia="Arial"/>
          <w:lang w:val="he-IL" w:bidi="he-IL"/>
          <w:sz w:val="24"/>
          <w:rtl/>
          <w:szCs w:val="24"/>
        </w:rPr>
        <w:t xml:space="preserve">      ☐ א. הכללת יתר</w:t>
      </w:r>
    </w:p>
    <w:p>
      <w:pPr>
        <w:bidi/>
        <w:spacing w:after="20"/>
        <w:jc w:val="right"/>
      </w:pPr>
      <w:r>
        <w:rPr>
          <w:rFonts w:ascii="Arial" w:hAnsi="Arial" w:cs="Arial" w:eastAsia="Arial"/>
          <w:lang w:val="he-IL" w:bidi="he-IL"/>
          <w:sz w:val="24"/>
          <w:rtl/>
          <w:szCs w:val="24"/>
        </w:rPr>
        <w:t xml:space="preserve">      ☐ ב. אד הומינם</w:t>
      </w:r>
    </w:p>
    <w:p>
      <w:pPr>
        <w:bidi/>
        <w:spacing w:after="20"/>
        <w:jc w:val="right"/>
      </w:pPr>
      <w:r>
        <w:rPr>
          <w:rFonts w:ascii="Arial" w:hAnsi="Arial" w:cs="Arial" w:eastAsia="Arial"/>
          <w:lang w:val="he-IL" w:bidi="he-IL"/>
          <w:sz w:val="24"/>
          <w:rtl/>
          <w:szCs w:val="24"/>
        </w:rPr>
        <w:t xml:space="preserve">      ☐ ג. כשל הסמכות</w:t>
      </w:r>
    </w:p>
    <w:p>
      <w:pPr>
        <w:bidi/>
        <w:spacing w:after="20"/>
        <w:jc w:val="right"/>
      </w:pPr>
      <w:r>
        <w:rPr>
          <w:rFonts w:ascii="Arial" w:hAnsi="Arial" w:cs="Arial" w:eastAsia="Arial"/>
          <w:lang w:val="he-IL" w:bidi="he-IL"/>
          <w:sz w:val="24"/>
          <w:rtl/>
          <w:szCs w:val="24"/>
        </w:rPr>
        <w:t xml:space="preserve">      ☐ ד. כשל הרוב</w:t>
      </w:r>
    </w:p>
    <w:p>
      <w:pPr>
        <w:bidi/>
        <w:spacing w:after="20"/>
        <w:jc w:val="right"/>
      </w:pPr>
      <w:r>
        <w:rPr>
          <w:rFonts w:ascii="Arial" w:hAnsi="Arial" w:cs="Arial" w:eastAsia="Arial"/>
          <w:lang w:val="he-IL" w:bidi="he-IL"/>
          <w:b/>
          <w:sz w:val="24"/>
          <w:rtl/>
          <w:szCs w:val="24"/>
          <w:bCs/>
        </w:rPr>
        <w:t>4. 'הזמר הכי מפורסם אמר שהתרופה הזו טובה, אז היא בטח עובדת' - זאת דוגמה לאיזה כשל?</w:t>
      </w:r>
    </w:p>
    <w:p>
      <w:pPr>
        <w:bidi/>
        <w:spacing w:after="20"/>
        <w:jc w:val="right"/>
      </w:pPr>
      <w:r>
        <w:rPr>
          <w:rFonts w:ascii="Arial" w:hAnsi="Arial" w:cs="Arial" w:eastAsia="Arial"/>
          <w:lang w:val="he-IL" w:bidi="he-IL"/>
          <w:sz w:val="24"/>
          <w:rtl/>
          <w:szCs w:val="24"/>
        </w:rPr>
        <w:t xml:space="preserve">      ☐ א. כשל הסמכות</w:t>
      </w:r>
    </w:p>
    <w:p>
      <w:pPr>
        <w:bidi/>
        <w:spacing w:after="20"/>
        <w:jc w:val="right"/>
      </w:pPr>
      <w:r>
        <w:rPr>
          <w:rFonts w:ascii="Arial" w:hAnsi="Arial" w:cs="Arial" w:eastAsia="Arial"/>
          <w:lang w:val="he-IL" w:bidi="he-IL"/>
          <w:sz w:val="24"/>
          <w:rtl/>
          <w:szCs w:val="24"/>
        </w:rPr>
        <w:t xml:space="preserve">      ☐ ב. הכללת יתר</w:t>
      </w:r>
    </w:p>
    <w:p>
      <w:pPr>
        <w:bidi/>
        <w:spacing w:after="20"/>
        <w:jc w:val="right"/>
      </w:pPr>
      <w:r>
        <w:rPr>
          <w:rFonts w:ascii="Arial" w:hAnsi="Arial" w:cs="Arial" w:eastAsia="Arial"/>
          <w:lang w:val="he-IL" w:bidi="he-IL"/>
          <w:sz w:val="24"/>
          <w:rtl/>
          <w:szCs w:val="24"/>
        </w:rPr>
        <w:t xml:space="preserve">      ☐ ג. אד הומינם</w:t>
      </w:r>
    </w:p>
    <w:p>
      <w:pPr>
        <w:bidi/>
        <w:spacing w:after="20"/>
        <w:jc w:val="right"/>
      </w:pPr>
      <w:r>
        <w:rPr>
          <w:rFonts w:ascii="Arial" w:hAnsi="Arial" w:cs="Arial" w:eastAsia="Arial"/>
          <w:lang w:val="he-IL" w:bidi="he-IL"/>
          <w:sz w:val="24"/>
          <w:rtl/>
          <w:szCs w:val="24"/>
        </w:rPr>
        <w:t xml:space="preserve">      ☐ ד. כשל הסיבתיות המוטעית</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כשלי טיעון – התאמה וזיהוי</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הכללת יתר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קבלת טענה רק כי מישהו מפורסם או ידוע אמר אותה</w:t>
            </w:r>
          </w:p>
        </w:tc>
      </w:tr>
      <w:tr>
        <w:tc>
          <w:tcPr>
            <w:tcW w:type="dxa" w:w="3969"/>
          </w:tcPr>
          <w:p>
            <w:pPr>
              <w:bidi/>
              <w:jc w:val="right"/>
            </w:pPr>
            <w:r>
              <w:rPr>
                <w:rFonts w:ascii="Arial" w:hAnsi="Arial" w:cs="Arial" w:eastAsia="Arial"/>
                <w:lang w:val="he-IL" w:bidi="he-IL"/>
                <w:sz w:val="24"/>
                <w:rtl/>
                <w:szCs w:val="24"/>
              </w:rPr>
              <w:t>2. אד הומינם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מסיקים שדבר אחד גרם לדבר שני רק כי הוא קרה לפניו</w:t>
            </w:r>
          </w:p>
        </w:tc>
      </w:tr>
      <w:tr>
        <w:tc>
          <w:tcPr>
            <w:tcW w:type="dxa" w:w="3969"/>
          </w:tcPr>
          <w:p>
            <w:pPr>
              <w:bidi/>
              <w:jc w:val="right"/>
            </w:pPr>
            <w:r>
              <w:rPr>
                <w:rFonts w:ascii="Arial" w:hAnsi="Arial" w:cs="Arial" w:eastAsia="Arial"/>
                <w:lang w:val="he-IL" w:bidi="he-IL"/>
                <w:sz w:val="24"/>
                <w:rtl/>
                <w:szCs w:val="24"/>
              </w:rPr>
              <w:t>3. כשל הסמכות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'כולם עושים את זה אז זה בטח נכון'</w:t>
            </w:r>
          </w:p>
        </w:tc>
      </w:tr>
      <w:tr>
        <w:tc>
          <w:tcPr>
            <w:tcW w:type="dxa" w:w="3969"/>
          </w:tcPr>
          <w:p>
            <w:pPr>
              <w:bidi/>
              <w:jc w:val="right"/>
            </w:pPr>
            <w:r>
              <w:rPr>
                <w:rFonts w:ascii="Arial" w:hAnsi="Arial" w:cs="Arial" w:eastAsia="Arial"/>
                <w:lang w:val="he-IL" w:bidi="he-IL"/>
                <w:sz w:val="24"/>
                <w:rtl/>
                <w:szCs w:val="24"/>
              </w:rPr>
              <w:t>4. כשל הרוב (עדר)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תקיפת האדם שטוען, במקום להתייחס לטענה עצמה</w:t>
            </w:r>
          </w:p>
        </w:tc>
      </w:tr>
      <w:tr>
        <w:tc>
          <w:tcPr>
            <w:tcW w:type="dxa" w:w="3969"/>
          </w:tcPr>
          <w:p>
            <w:pPr>
              <w:bidi/>
              <w:jc w:val="right"/>
            </w:pPr>
            <w:r>
              <w:rPr>
                <w:rFonts w:ascii="Arial" w:hAnsi="Arial" w:cs="Arial" w:eastAsia="Arial"/>
                <w:lang w:val="he-IL" w:bidi="he-IL"/>
                <w:sz w:val="24"/>
                <w:rtl/>
                <w:szCs w:val="24"/>
              </w:rPr>
              <w:t>5. כשל הסיבתיות המוטעית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מסקנה כללית מדי שמבוססת על מקרה בודד אחד</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כשלי טיעון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טענה שמבוססת על כשל טיעון היא תמיד טענה שקרית לגמרי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זיהוי כשל בטיעון של הצד השני בוויכוח יכול לחזק את הטיעון שלכם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דיון וכתיבה: קו הדעות וטיעון שלם – זוכרים מהפעילות הכיתתית</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הפעילות הכיתתית קו הדעות נמשכת 45 דקות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בוויכוח המובנה יש 10 שלבים עם שעון לכל שלב</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בלוח הבחירה של הפעילות יש 9 משבצות והמשבצת האמצעית היא חובה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דיון וכתיבה: קו הדעות וטיעון שלם – תפקידים ונתונים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כמה תפקידים מרכזיים יש בוויכוח המובנה</w:t>
      </w:r>
    </w:p>
    <w:p>
      <w:pPr>
        <w:bidi/>
        <w:spacing w:after="20"/>
        <w:jc w:val="right"/>
      </w:pPr>
      <w:r>
        <w:rPr>
          <w:rFonts w:ascii="Arial" w:hAnsi="Arial" w:cs="Arial" w:eastAsia="Arial"/>
          <w:lang w:val="he-IL" w:bidi="he-IL"/>
          <w:sz w:val="24"/>
          <w:rtl/>
          <w:szCs w:val="24"/>
        </w:rPr>
        <w:t xml:space="preserve">      ☐ א. 2</w:t>
      </w:r>
    </w:p>
    <w:p>
      <w:pPr>
        <w:bidi/>
        <w:spacing w:after="20"/>
        <w:jc w:val="right"/>
      </w:pPr>
      <w:r>
        <w:rPr>
          <w:rFonts w:ascii="Arial" w:hAnsi="Arial" w:cs="Arial" w:eastAsia="Arial"/>
          <w:lang w:val="he-IL" w:bidi="he-IL"/>
          <w:sz w:val="24"/>
          <w:rtl/>
          <w:szCs w:val="24"/>
        </w:rPr>
        <w:t xml:space="preserve">      ☐ ב. 3</w:t>
      </w:r>
    </w:p>
    <w:p>
      <w:pPr>
        <w:bidi/>
        <w:spacing w:after="20"/>
        <w:jc w:val="right"/>
      </w:pPr>
      <w:r>
        <w:rPr>
          <w:rFonts w:ascii="Arial" w:hAnsi="Arial" w:cs="Arial" w:eastAsia="Arial"/>
          <w:lang w:val="he-IL" w:bidi="he-IL"/>
          <w:sz w:val="24"/>
          <w:rtl/>
          <w:szCs w:val="24"/>
        </w:rPr>
        <w:t xml:space="preserve">      ☐ ג. 4</w:t>
      </w:r>
    </w:p>
    <w:p>
      <w:pPr>
        <w:bidi/>
        <w:spacing w:after="20"/>
        <w:jc w:val="right"/>
      </w:pPr>
      <w:r>
        <w:rPr>
          <w:rFonts w:ascii="Arial" w:hAnsi="Arial" w:cs="Arial" w:eastAsia="Arial"/>
          <w:lang w:val="he-IL" w:bidi="he-IL"/>
          <w:sz w:val="24"/>
          <w:rtl/>
          <w:szCs w:val="24"/>
        </w:rPr>
        <w:t xml:space="preserve">      ☐ ד. 5</w:t>
      </w:r>
    </w:p>
    <w:p>
      <w:pPr>
        <w:bidi/>
        <w:spacing w:after="20"/>
        <w:jc w:val="right"/>
      </w:pPr>
      <w:r>
        <w:rPr>
          <w:rFonts w:ascii="Arial" w:hAnsi="Arial" w:cs="Arial" w:eastAsia="Arial"/>
          <w:lang w:val="he-IL" w:bidi="he-IL"/>
          <w:b/>
          <w:sz w:val="24"/>
          <w:rtl/>
          <w:szCs w:val="24"/>
          <w:bCs/>
        </w:rPr>
        <w:t>2. המחוון לשופטים נותן ניקוד לכל צד מתוך כמה נקודות</w:t>
      </w:r>
    </w:p>
    <w:p>
      <w:pPr>
        <w:bidi/>
        <w:spacing w:after="20"/>
        <w:jc w:val="right"/>
      </w:pPr>
      <w:r>
        <w:rPr>
          <w:rFonts w:ascii="Arial" w:hAnsi="Arial" w:cs="Arial" w:eastAsia="Arial"/>
          <w:lang w:val="he-IL" w:bidi="he-IL"/>
          <w:sz w:val="24"/>
          <w:rtl/>
          <w:szCs w:val="24"/>
        </w:rPr>
        <w:t xml:space="preserve">      ☐ א. 10</w:t>
      </w:r>
    </w:p>
    <w:p>
      <w:pPr>
        <w:bidi/>
        <w:spacing w:after="20"/>
        <w:jc w:val="right"/>
      </w:pPr>
      <w:r>
        <w:rPr>
          <w:rFonts w:ascii="Arial" w:hAnsi="Arial" w:cs="Arial" w:eastAsia="Arial"/>
          <w:lang w:val="he-IL" w:bidi="he-IL"/>
          <w:sz w:val="24"/>
          <w:rtl/>
          <w:szCs w:val="24"/>
        </w:rPr>
        <w:t xml:space="preserve">      ☐ ב. 50</w:t>
      </w:r>
    </w:p>
    <w:p>
      <w:pPr>
        <w:bidi/>
        <w:spacing w:after="20"/>
        <w:jc w:val="right"/>
      </w:pPr>
      <w:r>
        <w:rPr>
          <w:rFonts w:ascii="Arial" w:hAnsi="Arial" w:cs="Arial" w:eastAsia="Arial"/>
          <w:lang w:val="he-IL" w:bidi="he-IL"/>
          <w:sz w:val="24"/>
          <w:rtl/>
          <w:szCs w:val="24"/>
        </w:rPr>
        <w:t xml:space="preserve">      ☐ ג. 100</w:t>
      </w:r>
    </w:p>
    <w:p>
      <w:pPr>
        <w:bidi/>
        <w:spacing w:after="20"/>
        <w:jc w:val="right"/>
      </w:pPr>
      <w:r>
        <w:rPr>
          <w:rFonts w:ascii="Arial" w:hAnsi="Arial" w:cs="Arial" w:eastAsia="Arial"/>
          <w:lang w:val="he-IL" w:bidi="he-IL"/>
          <w:sz w:val="24"/>
          <w:rtl/>
          <w:szCs w:val="24"/>
        </w:rPr>
        <w:t xml:space="preserve">      ☐ ד. 20</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דיון וכתיבה: קו הדעות וטיעון שלם – השלמה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מחולל כרטיסי הנושא כולל __________ נושאים קרובים לתלמידים</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5 · דיון וכתיבה: קו הדעות וטיעון שלם – התאמת תפקידים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מציג/ה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מעריך/ה את שני הצדדים לפי מחוון</w:t>
            </w:r>
          </w:p>
        </w:tc>
      </w:tr>
      <w:tr>
        <w:tc>
          <w:tcPr>
            <w:tcW w:type="dxa" w:w="3969"/>
          </w:tcPr>
          <w:p>
            <w:pPr>
              <w:bidi/>
              <w:jc w:val="right"/>
            </w:pPr>
            <w:r>
              <w:rPr>
                <w:rFonts w:ascii="Arial" w:hAnsi="Arial" w:cs="Arial" w:eastAsia="Arial"/>
                <w:lang w:val="he-IL" w:bidi="he-IL"/>
                <w:sz w:val="24"/>
                <w:rtl/>
                <w:szCs w:val="24"/>
              </w:rPr>
              <w:t>2. מתנגד/ת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מציג/ה את הטענה ומנמק/ת אותה</w:t>
            </w:r>
          </w:p>
        </w:tc>
      </w:tr>
      <w:tr>
        <w:tc>
          <w:tcPr>
            <w:tcW w:type="dxa" w:w="3969"/>
          </w:tcPr>
          <w:p>
            <w:pPr>
              <w:bidi/>
              <w:jc w:val="right"/>
            </w:pPr>
            <w:r>
              <w:rPr>
                <w:rFonts w:ascii="Arial" w:hAnsi="Arial" w:cs="Arial" w:eastAsia="Arial"/>
                <w:lang w:val="he-IL" w:bidi="he-IL"/>
                <w:sz w:val="24"/>
                <w:rtl/>
                <w:szCs w:val="24"/>
              </w:rPr>
              <w:t>3. שופט/ת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מציג/ה דעה נגדית ומנמק/ת אותה</w:t>
            </w:r>
          </w:p>
        </w:tc>
      </w:tr>
      <w:tr>
        <w:tc>
          <w:tcPr>
            <w:tcW w:type="dxa" w:w="3969"/>
          </w:tcPr>
          <w:p>
            <w:pPr>
              <w:bidi/>
              <w:jc w:val="right"/>
            </w:pPr>
            <w:r>
              <w:rPr>
                <w:rFonts w:ascii="Arial" w:hAnsi="Arial" w:cs="Arial" w:eastAsia="Arial"/>
                <w:lang w:val="he-IL" w:bidi="he-IL"/>
                <w:sz w:val="24"/>
                <w:rtl/>
                <w:szCs w:val="24"/>
              </w:rPr>
              <w:t>4. הגרלה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הדרך שבה נקבעים התפקידים בוויכוח</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חזרה מסכמת – שאלות מסכמות על כל הפרקים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טענה בטיעון כתוב?</w:t>
      </w:r>
    </w:p>
    <w:p>
      <w:pPr>
        <w:bidi/>
        <w:spacing w:after="20"/>
        <w:jc w:val="right"/>
      </w:pPr>
      <w:r>
        <w:rPr>
          <w:rFonts w:ascii="Arial" w:hAnsi="Arial" w:cs="Arial" w:eastAsia="Arial"/>
          <w:lang w:val="he-IL" w:bidi="he-IL"/>
          <w:sz w:val="24"/>
          <w:rtl/>
          <w:szCs w:val="24"/>
        </w:rPr>
        <w:t xml:space="preserve">      ☐ א. המשפט שמביע את העמדה המרכזית של הכותב</w:t>
      </w:r>
    </w:p>
    <w:p>
      <w:pPr>
        <w:bidi/>
        <w:spacing w:after="20"/>
        <w:jc w:val="right"/>
      </w:pPr>
      <w:r>
        <w:rPr>
          <w:rFonts w:ascii="Arial" w:hAnsi="Arial" w:cs="Arial" w:eastAsia="Arial"/>
          <w:lang w:val="he-IL" w:bidi="he-IL"/>
          <w:sz w:val="24"/>
          <w:rtl/>
          <w:szCs w:val="24"/>
        </w:rPr>
        <w:t xml:space="preserve">      ☐ ב. כל משפט שמופיע בפסקה</w:t>
      </w:r>
    </w:p>
    <w:p>
      <w:pPr>
        <w:bidi/>
        <w:spacing w:after="20"/>
        <w:jc w:val="right"/>
      </w:pPr>
      <w:r>
        <w:rPr>
          <w:rFonts w:ascii="Arial" w:hAnsi="Arial" w:cs="Arial" w:eastAsia="Arial"/>
          <w:lang w:val="he-IL" w:bidi="he-IL"/>
          <w:sz w:val="24"/>
          <w:rtl/>
          <w:szCs w:val="24"/>
        </w:rPr>
        <w:t xml:space="preserve">      ☐ ג. דוגמה מהחיים</w:t>
      </w:r>
    </w:p>
    <w:p>
      <w:pPr>
        <w:bidi/>
        <w:spacing w:after="20"/>
        <w:jc w:val="right"/>
      </w:pPr>
      <w:r>
        <w:rPr>
          <w:rFonts w:ascii="Arial" w:hAnsi="Arial" w:cs="Arial" w:eastAsia="Arial"/>
          <w:lang w:val="he-IL" w:bidi="he-IL"/>
          <w:sz w:val="24"/>
          <w:rtl/>
          <w:szCs w:val="24"/>
        </w:rPr>
        <w:t xml:space="preserve">      ☐ ד. מילת קישור</w:t>
      </w:r>
    </w:p>
    <w:p>
      <w:pPr>
        <w:bidi/>
        <w:spacing w:after="20"/>
        <w:jc w:val="right"/>
      </w:pPr>
      <w:r>
        <w:rPr>
          <w:rFonts w:ascii="Arial" w:hAnsi="Arial" w:cs="Arial" w:eastAsia="Arial"/>
          <w:lang w:val="he-IL" w:bidi="he-IL"/>
          <w:b/>
          <w:sz w:val="24"/>
          <w:rtl/>
          <w:szCs w:val="24"/>
          <w:bCs/>
        </w:rPr>
        <w:t>2. מה ההבדל בין עובדה לדעה?</w:t>
      </w:r>
    </w:p>
    <w:p>
      <w:pPr>
        <w:bidi/>
        <w:spacing w:after="20"/>
        <w:jc w:val="right"/>
      </w:pPr>
      <w:r>
        <w:rPr>
          <w:rFonts w:ascii="Arial" w:hAnsi="Arial" w:cs="Arial" w:eastAsia="Arial"/>
          <w:lang w:val="he-IL" w:bidi="he-IL"/>
          <w:sz w:val="24"/>
          <w:rtl/>
          <w:szCs w:val="24"/>
        </w:rPr>
        <w:t xml:space="preserve">      ☐ א. עובדה אפשר לבדוק ולהוכיח, דעה היא עמדה אישית</w:t>
      </w:r>
    </w:p>
    <w:p>
      <w:pPr>
        <w:bidi/>
        <w:spacing w:after="20"/>
        <w:jc w:val="right"/>
      </w:pPr>
      <w:r>
        <w:rPr>
          <w:rFonts w:ascii="Arial" w:hAnsi="Arial" w:cs="Arial" w:eastAsia="Arial"/>
          <w:lang w:val="he-IL" w:bidi="he-IL"/>
          <w:sz w:val="24"/>
          <w:rtl/>
          <w:szCs w:val="24"/>
        </w:rPr>
        <w:t xml:space="preserve">      ☐ ב. אין הבדל</w:t>
      </w:r>
    </w:p>
    <w:p>
      <w:pPr>
        <w:bidi/>
        <w:spacing w:after="20"/>
        <w:jc w:val="right"/>
      </w:pPr>
      <w:r>
        <w:rPr>
          <w:rFonts w:ascii="Arial" w:hAnsi="Arial" w:cs="Arial" w:eastAsia="Arial"/>
          <w:lang w:val="he-IL" w:bidi="he-IL"/>
          <w:sz w:val="24"/>
          <w:rtl/>
          <w:szCs w:val="24"/>
        </w:rPr>
        <w:t xml:space="preserve">      ☐ ג. דעה תמיד נכונה</w:t>
      </w:r>
    </w:p>
    <w:p>
      <w:pPr>
        <w:bidi/>
        <w:spacing w:after="20"/>
        <w:jc w:val="right"/>
      </w:pPr>
      <w:r>
        <w:rPr>
          <w:rFonts w:ascii="Arial" w:hAnsi="Arial" w:cs="Arial" w:eastAsia="Arial"/>
          <w:lang w:val="he-IL" w:bidi="he-IL"/>
          <w:sz w:val="24"/>
          <w:rtl/>
          <w:szCs w:val="24"/>
        </w:rPr>
        <w:t xml:space="preserve">      ☐ ד. עובדה תמיד שלילית</w:t>
      </w:r>
    </w:p>
    <w:p>
      <w:pPr>
        <w:bidi/>
        <w:spacing w:after="20"/>
        <w:jc w:val="right"/>
      </w:pPr>
      <w:r>
        <w:rPr>
          <w:rFonts w:ascii="Arial" w:hAnsi="Arial" w:cs="Arial" w:eastAsia="Arial"/>
          <w:lang w:val="he-IL" w:bidi="he-IL"/>
          <w:b/>
          <w:sz w:val="24"/>
          <w:rtl/>
          <w:szCs w:val="24"/>
          <w:bCs/>
        </w:rPr>
        <w:t>3. איזו מילת קישור מבטאת ניגוד?</w:t>
      </w:r>
    </w:p>
    <w:p>
      <w:pPr>
        <w:bidi/>
        <w:spacing w:after="20"/>
        <w:jc w:val="right"/>
      </w:pPr>
      <w:r>
        <w:rPr>
          <w:rFonts w:ascii="Arial" w:hAnsi="Arial" w:cs="Arial" w:eastAsia="Arial"/>
          <w:lang w:val="he-IL" w:bidi="he-IL"/>
          <w:sz w:val="24"/>
          <w:rtl/>
          <w:szCs w:val="24"/>
        </w:rPr>
        <w:t xml:space="preserve">      ☐ א. לעומת זאת</w:t>
      </w:r>
    </w:p>
    <w:p>
      <w:pPr>
        <w:bidi/>
        <w:spacing w:after="20"/>
        <w:jc w:val="right"/>
      </w:pPr>
      <w:r>
        <w:rPr>
          <w:rFonts w:ascii="Arial" w:hAnsi="Arial" w:cs="Arial" w:eastAsia="Arial"/>
          <w:lang w:val="he-IL" w:bidi="he-IL"/>
          <w:sz w:val="24"/>
          <w:rtl/>
          <w:szCs w:val="24"/>
        </w:rPr>
        <w:t xml:space="preserve">      ☐ ב. לכן</w:t>
      </w:r>
    </w:p>
    <w:p>
      <w:pPr>
        <w:bidi/>
        <w:spacing w:after="20"/>
        <w:jc w:val="right"/>
      </w:pPr>
      <w:r>
        <w:rPr>
          <w:rFonts w:ascii="Arial" w:hAnsi="Arial" w:cs="Arial" w:eastAsia="Arial"/>
          <w:lang w:val="he-IL" w:bidi="he-IL"/>
          <w:sz w:val="24"/>
          <w:rtl/>
          <w:szCs w:val="24"/>
        </w:rPr>
        <w:t xml:space="preserve">      ☐ ג. בנוסף</w:t>
      </w:r>
    </w:p>
    <w:p>
      <w:pPr>
        <w:bidi/>
        <w:spacing w:after="20"/>
        <w:jc w:val="right"/>
      </w:pPr>
      <w:r>
        <w:rPr>
          <w:rFonts w:ascii="Arial" w:hAnsi="Arial" w:cs="Arial" w:eastAsia="Arial"/>
          <w:lang w:val="he-IL" w:bidi="he-IL"/>
          <w:sz w:val="24"/>
          <w:rtl/>
          <w:szCs w:val="24"/>
        </w:rPr>
        <w:t xml:space="preserve">      ☐ ד. מכיוון ש</w:t>
      </w:r>
    </w:p>
    <w:p>
      <w:pPr>
        <w:bidi/>
        <w:spacing w:after="20"/>
        <w:jc w:val="right"/>
      </w:pPr>
      <w:r>
        <w:rPr>
          <w:rFonts w:ascii="Arial" w:hAnsi="Arial" w:cs="Arial" w:eastAsia="Arial"/>
          <w:lang w:val="he-IL" w:bidi="he-IL"/>
          <w:b/>
          <w:sz w:val="24"/>
          <w:rtl/>
          <w:szCs w:val="24"/>
          <w:bCs/>
        </w:rPr>
        <w:t>4. מהו תפקיד הראיה בפסקה טיעונית?</w:t>
      </w:r>
    </w:p>
    <w:p>
      <w:pPr>
        <w:bidi/>
        <w:spacing w:after="20"/>
        <w:jc w:val="right"/>
      </w:pPr>
      <w:r>
        <w:rPr>
          <w:rFonts w:ascii="Arial" w:hAnsi="Arial" w:cs="Arial" w:eastAsia="Arial"/>
          <w:lang w:val="he-IL" w:bidi="he-IL"/>
          <w:sz w:val="24"/>
          <w:rtl/>
          <w:szCs w:val="24"/>
        </w:rPr>
        <w:t xml:space="preserve">      ☐ א. לחזק את הנימוק בדוגמה או נתון</w:t>
      </w:r>
    </w:p>
    <w:p>
      <w:pPr>
        <w:bidi/>
        <w:spacing w:after="20"/>
        <w:jc w:val="right"/>
      </w:pPr>
      <w:r>
        <w:rPr>
          <w:rFonts w:ascii="Arial" w:hAnsi="Arial" w:cs="Arial" w:eastAsia="Arial"/>
          <w:lang w:val="he-IL" w:bidi="he-IL"/>
          <w:sz w:val="24"/>
          <w:rtl/>
          <w:szCs w:val="24"/>
        </w:rPr>
        <w:t xml:space="preserve">      ☐ ב. לפתוח את הפסקה</w:t>
      </w:r>
    </w:p>
    <w:p>
      <w:pPr>
        <w:bidi/>
        <w:spacing w:after="20"/>
        <w:jc w:val="right"/>
      </w:pPr>
      <w:r>
        <w:rPr>
          <w:rFonts w:ascii="Arial" w:hAnsi="Arial" w:cs="Arial" w:eastAsia="Arial"/>
          <w:lang w:val="he-IL" w:bidi="he-IL"/>
          <w:sz w:val="24"/>
          <w:rtl/>
          <w:szCs w:val="24"/>
        </w:rPr>
        <w:t xml:space="preserve">      ☐ ג. להחליף את הטענה</w:t>
      </w:r>
    </w:p>
    <w:p>
      <w:pPr>
        <w:bidi/>
        <w:spacing w:after="20"/>
        <w:jc w:val="right"/>
      </w:pPr>
      <w:r>
        <w:rPr>
          <w:rFonts w:ascii="Arial" w:hAnsi="Arial" w:cs="Arial" w:eastAsia="Arial"/>
          <w:lang w:val="he-IL" w:bidi="he-IL"/>
          <w:sz w:val="24"/>
          <w:rtl/>
          <w:szCs w:val="24"/>
        </w:rPr>
        <w:t xml:space="preserve">      ☐ ד. לסכם את הדיון</w:t>
      </w:r>
    </w:p>
    <w:p>
      <w:pPr>
        <w:bidi/>
        <w:spacing w:after="20"/>
        <w:jc w:val="right"/>
      </w:pPr>
      <w:r>
        <w:rPr>
          <w:rFonts w:ascii="Arial" w:hAnsi="Arial" w:cs="Arial" w:eastAsia="Arial"/>
          <w:lang w:val="he-IL" w:bidi="he-IL"/>
          <w:b/>
          <w:sz w:val="24"/>
          <w:rtl/>
          <w:szCs w:val="24"/>
          <w:bCs/>
        </w:rPr>
        <w:t>5. מהו כשל טיעון?</w:t>
      </w:r>
    </w:p>
    <w:p>
      <w:pPr>
        <w:bidi/>
        <w:spacing w:after="20"/>
        <w:jc w:val="right"/>
      </w:pPr>
      <w:r>
        <w:rPr>
          <w:rFonts w:ascii="Arial" w:hAnsi="Arial" w:cs="Arial" w:eastAsia="Arial"/>
          <w:lang w:val="he-IL" w:bidi="he-IL"/>
          <w:sz w:val="24"/>
          <w:rtl/>
          <w:szCs w:val="24"/>
        </w:rPr>
        <w:t xml:space="preserve">      ☐ א. טעות בהיגיון שפוגעת בשכנוע הטיעון</w:t>
      </w:r>
    </w:p>
    <w:p>
      <w:pPr>
        <w:bidi/>
        <w:spacing w:after="20"/>
        <w:jc w:val="right"/>
      </w:pPr>
      <w:r>
        <w:rPr>
          <w:rFonts w:ascii="Arial" w:hAnsi="Arial" w:cs="Arial" w:eastAsia="Arial"/>
          <w:lang w:val="he-IL" w:bidi="he-IL"/>
          <w:sz w:val="24"/>
          <w:rtl/>
          <w:szCs w:val="24"/>
        </w:rPr>
        <w:t xml:space="preserve">      ☐ ב. מילת קישור חדשה</w:t>
      </w:r>
    </w:p>
    <w:p>
      <w:pPr>
        <w:bidi/>
        <w:spacing w:after="20"/>
        <w:jc w:val="right"/>
      </w:pPr>
      <w:r>
        <w:rPr>
          <w:rFonts w:ascii="Arial" w:hAnsi="Arial" w:cs="Arial" w:eastAsia="Arial"/>
          <w:lang w:val="he-IL" w:bidi="he-IL"/>
          <w:sz w:val="24"/>
          <w:rtl/>
          <w:szCs w:val="24"/>
        </w:rPr>
        <w:t xml:space="preserve">      ☐ ג. סוג של עובדה</w:t>
      </w:r>
    </w:p>
    <w:p>
      <w:pPr>
        <w:bidi/>
        <w:spacing w:after="20"/>
        <w:jc w:val="right"/>
      </w:pPr>
      <w:r>
        <w:rPr>
          <w:rFonts w:ascii="Arial" w:hAnsi="Arial" w:cs="Arial" w:eastAsia="Arial"/>
          <w:lang w:val="he-IL" w:bidi="he-IL"/>
          <w:sz w:val="24"/>
          <w:rtl/>
          <w:szCs w:val="24"/>
        </w:rPr>
        <w:t xml:space="preserve">      ☐ ד. חלק חובה בכל טיעון</w:t>
      </w:r>
    </w:p>
    <w:p>
      <w:pPr>
        <w:bidi/>
        <w:spacing w:after="20"/>
        <w:jc w:val="right"/>
      </w:pPr>
      <w:r>
        <w:rPr>
          <w:rFonts w:ascii="Arial" w:hAnsi="Arial" w:cs="Arial" w:eastAsia="Arial"/>
          <w:lang w:val="he-IL" w:bidi="he-IL"/>
          <w:b/>
          <w:sz w:val="24"/>
          <w:rtl/>
          <w:szCs w:val="24"/>
          <w:bCs/>
        </w:rPr>
        <w:t>6. מהו הסדר הנכון בבניית פסקה טיעונית?</w:t>
      </w:r>
    </w:p>
    <w:p>
      <w:pPr>
        <w:bidi/>
        <w:spacing w:after="20"/>
        <w:jc w:val="right"/>
      </w:pPr>
      <w:r>
        <w:rPr>
          <w:rFonts w:ascii="Arial" w:hAnsi="Arial" w:cs="Arial" w:eastAsia="Arial"/>
          <w:lang w:val="he-IL" w:bidi="he-IL"/>
          <w:sz w:val="24"/>
          <w:rtl/>
          <w:szCs w:val="24"/>
        </w:rPr>
        <w:t xml:space="preserve">      ☐ א. טענה, נימוק, ראיה, מסקנה</w:t>
      </w:r>
    </w:p>
    <w:p>
      <w:pPr>
        <w:bidi/>
        <w:spacing w:after="20"/>
        <w:jc w:val="right"/>
      </w:pPr>
      <w:r>
        <w:rPr>
          <w:rFonts w:ascii="Arial" w:hAnsi="Arial" w:cs="Arial" w:eastAsia="Arial"/>
          <w:lang w:val="he-IL" w:bidi="he-IL"/>
          <w:sz w:val="24"/>
          <w:rtl/>
          <w:szCs w:val="24"/>
        </w:rPr>
        <w:t xml:space="preserve">      ☐ ב. מסקנה, טענה, נימוק, ראיה</w:t>
      </w:r>
    </w:p>
    <w:p>
      <w:pPr>
        <w:bidi/>
        <w:spacing w:after="20"/>
        <w:jc w:val="right"/>
      </w:pPr>
      <w:r>
        <w:rPr>
          <w:rFonts w:ascii="Arial" w:hAnsi="Arial" w:cs="Arial" w:eastAsia="Arial"/>
          <w:lang w:val="he-IL" w:bidi="he-IL"/>
          <w:sz w:val="24"/>
          <w:rtl/>
          <w:szCs w:val="24"/>
        </w:rPr>
        <w:t xml:space="preserve">      ☐ ג. ראיה, מסקנה, טענה, נימוק</w:t>
      </w:r>
    </w:p>
    <w:p>
      <w:pPr>
        <w:bidi/>
        <w:spacing w:after="20"/>
        <w:jc w:val="right"/>
      </w:pPr>
      <w:r>
        <w:rPr>
          <w:rFonts w:ascii="Arial" w:hAnsi="Arial" w:cs="Arial" w:eastAsia="Arial"/>
          <w:lang w:val="he-IL" w:bidi="he-IL"/>
          <w:sz w:val="24"/>
          <w:rtl/>
          <w:szCs w:val="24"/>
        </w:rPr>
        <w:t xml:space="preserve">      ☐ ד. נימוק, ראיה, מסקנה, טענה</w:t>
      </w:r>
    </w:p>
    <w:p>
      <w:pPr>
        <w:bidi/>
        <w:spacing w:after="20"/>
        <w:jc w:val="right"/>
      </w:pPr>
      <w:r>
        <w:rPr>
          <w:rFonts w:ascii="Arial" w:hAnsi="Arial" w:cs="Arial" w:eastAsia="Arial"/>
          <w:lang w:val="he-IL" w:bidi="he-IL"/>
          <w:b/>
          <w:sz w:val="24"/>
          <w:rtl/>
          <w:szCs w:val="24"/>
          <w:bCs/>
        </w:rPr>
        <w:t>7. בפעילות קו הדעות, מהו תפקיד השופט/ת?</w:t>
      </w:r>
    </w:p>
    <w:p>
      <w:pPr>
        <w:bidi/>
        <w:spacing w:after="20"/>
        <w:jc w:val="right"/>
      </w:pPr>
      <w:r>
        <w:rPr>
          <w:rFonts w:ascii="Arial" w:hAnsi="Arial" w:cs="Arial" w:eastAsia="Arial"/>
          <w:lang w:val="he-IL" w:bidi="he-IL"/>
          <w:sz w:val="24"/>
          <w:rtl/>
          <w:szCs w:val="24"/>
        </w:rPr>
        <w:t xml:space="preserve">      ☐ א. להעריך את הטיעונים של שני הצדדים לפי מחוון</w:t>
      </w:r>
    </w:p>
    <w:p>
      <w:pPr>
        <w:bidi/>
        <w:spacing w:after="20"/>
        <w:jc w:val="right"/>
      </w:pPr>
      <w:r>
        <w:rPr>
          <w:rFonts w:ascii="Arial" w:hAnsi="Arial" w:cs="Arial" w:eastAsia="Arial"/>
          <w:lang w:val="he-IL" w:bidi="he-IL"/>
          <w:sz w:val="24"/>
          <w:rtl/>
          <w:szCs w:val="24"/>
        </w:rPr>
        <w:t xml:space="preserve">      ☐ ב. להציג את העמדה הראשונה</w:t>
      </w:r>
    </w:p>
    <w:p>
      <w:pPr>
        <w:bidi/>
        <w:spacing w:after="20"/>
        <w:jc w:val="right"/>
      </w:pPr>
      <w:r>
        <w:rPr>
          <w:rFonts w:ascii="Arial" w:hAnsi="Arial" w:cs="Arial" w:eastAsia="Arial"/>
          <w:lang w:val="he-IL" w:bidi="he-IL"/>
          <w:sz w:val="24"/>
          <w:rtl/>
          <w:szCs w:val="24"/>
        </w:rPr>
        <w:t xml:space="preserve">      ☐ ג. להתנגד לטענה</w:t>
      </w:r>
    </w:p>
    <w:p>
      <w:pPr>
        <w:bidi/>
        <w:spacing w:after="20"/>
        <w:jc w:val="right"/>
      </w:pPr>
      <w:r>
        <w:rPr>
          <w:rFonts w:ascii="Arial" w:hAnsi="Arial" w:cs="Arial" w:eastAsia="Arial"/>
          <w:lang w:val="he-IL" w:bidi="he-IL"/>
          <w:sz w:val="24"/>
          <w:rtl/>
          <w:szCs w:val="24"/>
        </w:rPr>
        <w:t xml:space="preserve">      ☐ ד. לכתוב את הכרטיס</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האם אני יודע/ת להבחין בין עובדה לדעה בטקסט נתון?</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יכול/ה לבנות פסקת טיעון עם טענה, נימוק וראיה בסדר נכון?</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מזהה לפחות כשל טיעון אחד ויודע/ת להסביר למה הוא בעייתי?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כתיבה טיעונית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